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9D1C3" w14:textId="716306B1" w:rsidR="0013174E" w:rsidRPr="00D42A85" w:rsidRDefault="0013174E" w:rsidP="0013174E">
      <w:pPr>
        <w:pStyle w:val="Heading2"/>
        <w:spacing w:before="0" w:after="150" w:line="240" w:lineRule="auto"/>
        <w:textAlignment w:val="baseline"/>
        <w:rPr>
          <w:sz w:val="40"/>
          <w:szCs w:val="40"/>
        </w:rPr>
      </w:pPr>
      <w:r w:rsidRPr="00D42A85">
        <w:rPr>
          <w:rFonts w:ascii="-webkit-standard" w:hAnsi="-webkit-standard"/>
          <w:color w:val="000000"/>
          <w:sz w:val="40"/>
          <w:szCs w:val="40"/>
        </w:rPr>
        <w:t>Living With Purpose: What It Is and Why it Matters</w:t>
      </w:r>
    </w:p>
    <w:p w14:paraId="57DD4477" w14:textId="5A039722" w:rsidR="0013174E" w:rsidRDefault="0013174E" w:rsidP="0013174E">
      <w:pPr>
        <w:pStyle w:val="Heading2"/>
        <w:spacing w:before="0" w:after="150" w:line="240" w:lineRule="auto"/>
        <w:textAlignment w:val="baseline"/>
        <w:rPr>
          <w:rFonts w:ascii="DM Serif Display" w:hAnsi="DM Serif Display"/>
          <w:b w:val="0"/>
          <w:bCs w:val="0"/>
          <w:color w:val="000000"/>
        </w:rPr>
      </w:pPr>
      <w:r>
        <w:rPr>
          <w:rFonts w:ascii="DM Serif Display" w:hAnsi="DM Serif Display"/>
          <w:b w:val="0"/>
          <w:bCs w:val="0"/>
          <w:color w:val="000000"/>
        </w:rPr>
        <w:t>A clear guide to understanding, embracing, and living out your unique purpose</w:t>
      </w:r>
    </w:p>
    <w:p w14:paraId="5E985D86" w14:textId="77777777" w:rsidR="0013174E" w:rsidRPr="0013174E" w:rsidRDefault="0013174E" w:rsidP="0013174E">
      <w:pPr>
        <w:pStyle w:val="NormalWeb"/>
        <w:spacing w:before="0" w:beforeAutospacing="0" w:after="0" w:afterAutospacing="0"/>
        <w:textAlignment w:val="baseline"/>
        <w:rPr>
          <w:rFonts w:ascii="Arial" w:hAnsi="Arial" w:cs="Arial"/>
          <w:b/>
          <w:bCs/>
          <w:i/>
          <w:iCs/>
          <w:color w:val="3E3E3E"/>
        </w:rPr>
      </w:pPr>
      <w:r w:rsidRPr="0013174E">
        <w:rPr>
          <w:rStyle w:val="Strong"/>
          <w:rFonts w:ascii="inherit" w:hAnsi="inherit" w:cs="Arial"/>
          <w:i/>
          <w:iCs/>
          <w:color w:val="3E3E3E"/>
          <w:bdr w:val="none" w:sz="0" w:space="0" w:color="auto" w:frame="1"/>
        </w:rPr>
        <w:t>Prepared for:</w:t>
      </w:r>
      <w:r w:rsidRPr="0013174E">
        <w:rPr>
          <w:rStyle w:val="apple-converted-space"/>
          <w:rFonts w:ascii="Arial" w:hAnsi="Arial" w:cs="Arial"/>
          <w:b/>
          <w:bCs/>
          <w:i/>
          <w:iCs/>
          <w:color w:val="3E3E3E"/>
        </w:rPr>
        <w:t> </w:t>
      </w:r>
      <w:r w:rsidRPr="0013174E">
        <w:rPr>
          <w:rFonts w:ascii="Arial" w:hAnsi="Arial" w:cs="Arial"/>
          <w:b/>
          <w:bCs/>
          <w:i/>
          <w:iCs/>
          <w:color w:val="3E3E3E"/>
        </w:rPr>
        <w:t>Individuals seeking clarity and practical steps to live with meaning and impact</w:t>
      </w:r>
    </w:p>
    <w:p w14:paraId="37C4E483" w14:textId="1648C4C9" w:rsidR="00ED2F9E" w:rsidRDefault="00ED2F9E" w:rsidP="00ED2F9E">
      <w:pPr>
        <w:pStyle w:val="Title"/>
      </w:pPr>
    </w:p>
    <w:p w14:paraId="6D384354" w14:textId="289F1E53" w:rsidR="004163FB" w:rsidRDefault="00000000">
      <w:r>
        <w:t>Published on: J</w:t>
      </w:r>
      <w:r w:rsidR="00AB28A4">
        <w:t>anuary 9</w:t>
      </w:r>
      <w:r>
        <w:t>, 2025</w:t>
      </w:r>
      <w:r>
        <w:br/>
        <w:t xml:space="preserve">By: Hindu </w:t>
      </w:r>
      <w:r w:rsidR="007D336E">
        <w:t>Asha Foundation</w:t>
      </w:r>
    </w:p>
    <w:p w14:paraId="1EF55082" w14:textId="77777777" w:rsidR="00ED2F9E" w:rsidRPr="00ED2F9E" w:rsidRDefault="00ED2F9E" w:rsidP="00ED2F9E">
      <w:pPr>
        <w:spacing w:after="150" w:line="960" w:lineRule="atLeast"/>
        <w:textAlignment w:val="baseline"/>
        <w:outlineLvl w:val="1"/>
        <w:rPr>
          <w:rFonts w:ascii="DM Serif Display" w:eastAsia="Times New Roman" w:hAnsi="DM Serif Display" w:cs="Times New Roman"/>
          <w:b/>
          <w:bCs/>
          <w:color w:val="000000"/>
          <w:spacing w:val="7"/>
          <w:sz w:val="36"/>
          <w:szCs w:val="36"/>
        </w:rPr>
      </w:pPr>
      <w:r w:rsidRPr="00ED2F9E">
        <w:rPr>
          <w:rFonts w:ascii="DM Serif Display" w:eastAsia="Times New Roman" w:hAnsi="DM Serif Display" w:cs="Times New Roman"/>
          <w:b/>
          <w:bCs/>
          <w:color w:val="000000"/>
          <w:spacing w:val="7"/>
          <w:sz w:val="36"/>
          <w:szCs w:val="36"/>
        </w:rPr>
        <w:t>Summary</w:t>
      </w:r>
    </w:p>
    <w:p w14:paraId="01F35472" w14:textId="77777777" w:rsidR="00ED2F9E" w:rsidRDefault="00ED2F9E" w:rsidP="00ED2F9E">
      <w:pPr>
        <w:spacing w:after="360" w:line="240" w:lineRule="auto"/>
        <w:jc w:val="both"/>
        <w:textAlignment w:val="baseline"/>
        <w:rPr>
          <w:rFonts w:ascii="Arial" w:eastAsia="Times New Roman" w:hAnsi="Arial" w:cs="Arial"/>
          <w:color w:val="555555"/>
          <w:sz w:val="24"/>
          <w:szCs w:val="24"/>
        </w:rPr>
      </w:pPr>
      <w:r w:rsidRPr="00ED2F9E">
        <w:rPr>
          <w:rFonts w:ascii="Arial" w:eastAsia="Times New Roman" w:hAnsi="Arial" w:cs="Arial"/>
          <w:color w:val="555555"/>
          <w:sz w:val="24"/>
          <w:szCs w:val="24"/>
        </w:rPr>
        <w:t xml:space="preserve">This article provides a comprehensive exploration of the concept of purpose—clarifying what purpose truly means, why it is essential, and how it influences every aspect of our lives. It guides readers through understanding how purpose </w:t>
      </w:r>
      <w:proofErr w:type="gramStart"/>
      <w:r w:rsidRPr="00ED2F9E">
        <w:rPr>
          <w:rFonts w:ascii="Arial" w:eastAsia="Times New Roman" w:hAnsi="Arial" w:cs="Arial"/>
          <w:color w:val="555555"/>
          <w:sz w:val="24"/>
          <w:szCs w:val="24"/>
        </w:rPr>
        <w:t>anchors</w:t>
      </w:r>
      <w:proofErr w:type="gramEnd"/>
      <w:r w:rsidRPr="00ED2F9E">
        <w:rPr>
          <w:rFonts w:ascii="Arial" w:eastAsia="Times New Roman" w:hAnsi="Arial" w:cs="Arial"/>
          <w:color w:val="555555"/>
          <w:sz w:val="24"/>
          <w:szCs w:val="24"/>
        </w:rPr>
        <w:t xml:space="preserve"> identity, integrates unique gifts, cultivates resilience in the face of challenges, and multiplies personal and communal impact. Emphasizing intentional living and authentic leadership, the piece encourages embracing one’s unique journey with clarity and commitment.</w:t>
      </w:r>
    </w:p>
    <w:p w14:paraId="671C930B" w14:textId="77777777" w:rsidR="00ED2F9E" w:rsidRPr="00D42A85" w:rsidRDefault="00ED2F9E" w:rsidP="00ED2F9E">
      <w:pPr>
        <w:pStyle w:val="Heading3"/>
        <w:shd w:val="clear" w:color="auto" w:fill="F3F1FA"/>
        <w:spacing w:before="0" w:after="150" w:line="810" w:lineRule="atLeast"/>
        <w:textAlignment w:val="baseline"/>
        <w:rPr>
          <w:rFonts w:ascii="DM Serif Display" w:hAnsi="DM Serif Display"/>
          <w:color w:val="000000"/>
          <w:spacing w:val="5"/>
          <w:sz w:val="28"/>
          <w:szCs w:val="28"/>
        </w:rPr>
      </w:pPr>
      <w:r w:rsidRPr="00D42A85">
        <w:rPr>
          <w:rFonts w:ascii="DM Serif Display" w:hAnsi="DM Serif Display"/>
          <w:color w:val="000000"/>
          <w:spacing w:val="5"/>
          <w:sz w:val="28"/>
          <w:szCs w:val="28"/>
        </w:rPr>
        <w:t>Key Takeaway</w:t>
      </w:r>
    </w:p>
    <w:p w14:paraId="4E41FBAA" w14:textId="77777777" w:rsidR="00ED2F9E" w:rsidRDefault="00ED2F9E" w:rsidP="00ED2F9E">
      <w:pPr>
        <w:pStyle w:val="NormalWeb"/>
        <w:shd w:val="clear" w:color="auto" w:fill="F3F1FA"/>
        <w:spacing w:before="0" w:beforeAutospacing="0" w:after="0" w:afterAutospacing="0"/>
        <w:textAlignment w:val="baseline"/>
        <w:rPr>
          <w:rFonts w:ascii="Arial" w:hAnsi="Arial" w:cs="Arial"/>
          <w:b/>
          <w:bCs/>
          <w:color w:val="555555"/>
        </w:rPr>
      </w:pPr>
      <w:r>
        <w:rPr>
          <w:rFonts w:ascii="Arial" w:hAnsi="Arial" w:cs="Arial"/>
          <w:b/>
          <w:bCs/>
          <w:color w:val="555555"/>
        </w:rPr>
        <w:t>Purpose is the guiding force that brings clarity, passion, and lasting impact to our lives beyond titles and achievements.</w:t>
      </w:r>
    </w:p>
    <w:p w14:paraId="185A7605" w14:textId="7F0ADE7D" w:rsidR="00D42A85" w:rsidRPr="00ED2F9E" w:rsidRDefault="00D42A85" w:rsidP="00D42A85">
      <w:pPr>
        <w:spacing w:after="150" w:line="960" w:lineRule="atLeast"/>
        <w:jc w:val="both"/>
        <w:textAlignment w:val="baseline"/>
        <w:outlineLvl w:val="1"/>
        <w:rPr>
          <w:rFonts w:ascii="DM Serif Display" w:eastAsia="Times New Roman" w:hAnsi="DM Serif Display" w:cs="Times New Roman"/>
          <w:color w:val="000000"/>
          <w:spacing w:val="7"/>
          <w:sz w:val="36"/>
          <w:szCs w:val="36"/>
        </w:rPr>
      </w:pPr>
      <w:r w:rsidRPr="00D42A85">
        <w:rPr>
          <w:rFonts w:ascii="DM Serif Display" w:eastAsia="Times New Roman" w:hAnsi="DM Serif Display" w:cs="Times New Roman"/>
          <w:color w:val="000000"/>
          <w:spacing w:val="7"/>
          <w:sz w:val="36"/>
          <w:szCs w:val="36"/>
        </w:rPr>
        <w:t>Introduction</w:t>
      </w:r>
    </w:p>
    <w:p w14:paraId="3C3C0D3C" w14:textId="77777777"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Questrial" w:hAnsi="Questrial" w:cs="Questrial"/>
          <w:color w:val="666666"/>
        </w:rPr>
        <w:t>In a world overwhelmed by constant noise, relentless pace, and the pursuit of success, purpose remains the unwavering anchor. It is far more than a concept—it is the profound force that infuses life with meaning, direction, and depth. Without purpose, even the greatest achievements can feel hollow.</w:t>
      </w:r>
    </w:p>
    <w:p w14:paraId="66D48ED6" w14:textId="77777777"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Questrial" w:hAnsi="Questrial" w:cs="Questrial"/>
          <w:color w:val="666666"/>
        </w:rPr>
        <w:t>Purpose is not a title, position, or accolade. It is the fundamental reason for your existence.</w:t>
      </w:r>
    </w:p>
    <w:p w14:paraId="30E794C2" w14:textId="3F42B184"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Questrial" w:hAnsi="Questrial" w:cs="Questrial"/>
          <w:color w:val="666666"/>
        </w:rPr>
        <w:t xml:space="preserve">It is the deeper "why" that shapes how you live, love, work, and lead. Purpose transcends professions and public status; it is deeply personal, continually </w:t>
      </w:r>
      <w:r>
        <w:rPr>
          <w:rFonts w:ascii="Questrial" w:hAnsi="Questrial" w:cs="Questrial"/>
          <w:color w:val="666666"/>
        </w:rPr>
        <w:lastRenderedPageBreak/>
        <w:t>evolving, and often most vividly expressed through the quiet, everyday moments that truly matter.</w:t>
      </w:r>
    </w:p>
    <w:p w14:paraId="22AE71CE" w14:textId="1F8FA574" w:rsidR="00ED2F9E" w:rsidRDefault="00107A9F">
      <w:pPr>
        <w:pStyle w:val="Heading1"/>
      </w:pPr>
      <w:r>
        <w:rPr>
          <w:rFonts w:ascii="DM Serif Display" w:hAnsi="DM Serif Display"/>
          <w:i/>
          <w:iCs/>
          <w:color w:val="3E2C5A"/>
          <w:sz w:val="26"/>
          <w:szCs w:val="26"/>
          <w:shd w:val="clear" w:color="auto" w:fill="F0F0F0"/>
        </w:rPr>
        <w:t>“Purpose isn’t a side note in life—it’s the center. And once you begin to walk in it, everything changes.”</w:t>
      </w:r>
    </w:p>
    <w:p w14:paraId="71419C9E" w14:textId="77777777" w:rsidR="00107A9F" w:rsidRPr="0013174E" w:rsidRDefault="00107A9F" w:rsidP="00D42A85">
      <w:pPr>
        <w:pStyle w:val="Heading3"/>
        <w:spacing w:before="0" w:after="225" w:line="810" w:lineRule="atLeast"/>
        <w:jc w:val="both"/>
        <w:textAlignment w:val="baseline"/>
        <w:rPr>
          <w:rFonts w:ascii="DM Serif Display" w:hAnsi="DM Serif Display"/>
          <w:b w:val="0"/>
          <w:bCs w:val="0"/>
          <w:color w:val="000000"/>
          <w:sz w:val="36"/>
          <w:szCs w:val="36"/>
        </w:rPr>
      </w:pPr>
      <w:r w:rsidRPr="0013174E">
        <w:rPr>
          <w:rFonts w:ascii="DM Serif Display" w:hAnsi="DM Serif Display"/>
          <w:b w:val="0"/>
          <w:bCs w:val="0"/>
          <w:color w:val="000000"/>
          <w:sz w:val="36"/>
          <w:szCs w:val="36"/>
        </w:rPr>
        <w:t xml:space="preserve">What Is Purpose, </w:t>
      </w:r>
      <w:proofErr w:type="gramStart"/>
      <w:r w:rsidRPr="0013174E">
        <w:rPr>
          <w:rFonts w:ascii="DM Serif Display" w:hAnsi="DM Serif Display"/>
          <w:b w:val="0"/>
          <w:bCs w:val="0"/>
          <w:color w:val="000000"/>
          <w:sz w:val="36"/>
          <w:szCs w:val="36"/>
        </w:rPr>
        <w:t>Really</w:t>
      </w:r>
      <w:proofErr w:type="gramEnd"/>
      <w:r w:rsidRPr="0013174E">
        <w:rPr>
          <w:rFonts w:ascii="DM Serif Display" w:hAnsi="DM Serif Display"/>
          <w:b w:val="0"/>
          <w:bCs w:val="0"/>
          <w:color w:val="000000"/>
          <w:sz w:val="36"/>
          <w:szCs w:val="36"/>
        </w:rPr>
        <w:t>?</w:t>
      </w:r>
    </w:p>
    <w:p w14:paraId="7D22563A" w14:textId="77777777"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Questrial" w:hAnsi="Questrial" w:cs="Questrial"/>
          <w:color w:val="666666"/>
        </w:rPr>
        <w:t>Purpose is the fundamental reason for something’s existence. On a personal level, it is the profound awareness that your life holds significance—that your voice, story, values, passions, and talents are meant to contribute to something greater than yourself. Purpose is not a fixed destination to be reached; rather, it is a continuous journey shaped by intentional living, faith, and courage.</w:t>
      </w:r>
    </w:p>
    <w:p w14:paraId="2952E070" w14:textId="77777777"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Questrial" w:hAnsi="Questrial" w:cs="Questrial"/>
          <w:color w:val="666666"/>
        </w:rPr>
        <w:t>It manifests in various ways:</w:t>
      </w:r>
    </w:p>
    <w:p w14:paraId="6B78FBC8" w14:textId="77777777" w:rsidR="00107A9F" w:rsidRDefault="00107A9F" w:rsidP="00D42A85">
      <w:pPr>
        <w:numPr>
          <w:ilvl w:val="0"/>
          <w:numId w:val="10"/>
        </w:numPr>
        <w:spacing w:after="150" w:line="240" w:lineRule="auto"/>
        <w:ind w:left="1170"/>
        <w:jc w:val="both"/>
        <w:textAlignment w:val="baseline"/>
        <w:rPr>
          <w:rFonts w:ascii="inherit" w:hAnsi="inherit" w:cs="Questrial" w:hint="eastAsia"/>
          <w:color w:val="737E86"/>
        </w:rPr>
      </w:pPr>
      <w:r>
        <w:rPr>
          <w:rFonts w:ascii="inherit" w:hAnsi="inherit" w:cs="Questrial"/>
          <w:color w:val="737E86"/>
        </w:rPr>
        <w:t>In the deliberate nurturing of a child with love and intention</w:t>
      </w:r>
    </w:p>
    <w:p w14:paraId="1B60125B" w14:textId="77777777" w:rsidR="00107A9F" w:rsidRDefault="00107A9F" w:rsidP="00D42A85">
      <w:pPr>
        <w:numPr>
          <w:ilvl w:val="0"/>
          <w:numId w:val="10"/>
        </w:numPr>
        <w:spacing w:after="150" w:line="240" w:lineRule="auto"/>
        <w:ind w:left="1170"/>
        <w:jc w:val="both"/>
        <w:textAlignment w:val="baseline"/>
        <w:rPr>
          <w:rFonts w:ascii="inherit" w:hAnsi="inherit" w:cs="Questrial" w:hint="eastAsia"/>
          <w:color w:val="737E86"/>
        </w:rPr>
      </w:pPr>
      <w:r>
        <w:rPr>
          <w:rFonts w:ascii="inherit" w:hAnsi="inherit" w:cs="Questrial"/>
          <w:color w:val="737E86"/>
        </w:rPr>
        <w:t>In leadership, teaching, creativity, or healing</w:t>
      </w:r>
    </w:p>
    <w:p w14:paraId="4FACF9B6" w14:textId="77777777" w:rsidR="00107A9F" w:rsidRDefault="00107A9F" w:rsidP="00D42A85">
      <w:pPr>
        <w:numPr>
          <w:ilvl w:val="0"/>
          <w:numId w:val="10"/>
        </w:numPr>
        <w:spacing w:after="150" w:line="240" w:lineRule="auto"/>
        <w:ind w:left="1170"/>
        <w:jc w:val="both"/>
        <w:textAlignment w:val="baseline"/>
        <w:rPr>
          <w:rFonts w:ascii="inherit" w:hAnsi="inherit" w:cs="Questrial" w:hint="eastAsia"/>
          <w:color w:val="737E86"/>
        </w:rPr>
      </w:pPr>
      <w:r>
        <w:rPr>
          <w:rFonts w:ascii="inherit" w:hAnsi="inherit" w:cs="Questrial"/>
          <w:color w:val="737E86"/>
        </w:rPr>
        <w:t>In offering comfort to the afflicted or speaking truth to power</w:t>
      </w:r>
    </w:p>
    <w:p w14:paraId="39F48DFD" w14:textId="77777777" w:rsidR="00107A9F" w:rsidRDefault="00107A9F" w:rsidP="00D42A85">
      <w:pPr>
        <w:numPr>
          <w:ilvl w:val="0"/>
          <w:numId w:val="10"/>
        </w:numPr>
        <w:spacing w:after="150" w:line="240" w:lineRule="auto"/>
        <w:ind w:left="1170"/>
        <w:jc w:val="both"/>
        <w:textAlignment w:val="baseline"/>
        <w:rPr>
          <w:rFonts w:ascii="inherit" w:hAnsi="inherit" w:cs="Questrial" w:hint="eastAsia"/>
          <w:color w:val="737E86"/>
        </w:rPr>
      </w:pPr>
      <w:r>
        <w:rPr>
          <w:rFonts w:ascii="inherit" w:hAnsi="inherit" w:cs="Questrial"/>
          <w:color w:val="737E86"/>
        </w:rPr>
        <w:t>Through quiet service, bold advocacy, or steadfast acts of kindness</w:t>
      </w:r>
    </w:p>
    <w:p w14:paraId="433267B9" w14:textId="3F66509E" w:rsidR="00107A9F" w:rsidRDefault="00107A9F" w:rsidP="00D42A85">
      <w:pPr>
        <w:pStyle w:val="Heading1"/>
        <w:jc w:val="both"/>
      </w:pPr>
      <w:r>
        <w:rPr>
          <w:rFonts w:ascii="DM Serif Display" w:hAnsi="DM Serif Display"/>
          <w:i/>
          <w:iCs/>
          <w:color w:val="5A4A7D"/>
          <w:shd w:val="clear" w:color="auto" w:fill="FAF8FC"/>
        </w:rPr>
        <w:t>“Purpose is not always loud. Sometimes, it whispers through small, consistent acts of love and courage.”</w:t>
      </w:r>
    </w:p>
    <w:p w14:paraId="396AF738" w14:textId="77777777" w:rsidR="00107A9F" w:rsidRPr="0013174E" w:rsidRDefault="00107A9F" w:rsidP="00D42A85">
      <w:pPr>
        <w:pStyle w:val="Heading3"/>
        <w:spacing w:before="0" w:after="225" w:line="810" w:lineRule="atLeast"/>
        <w:jc w:val="both"/>
        <w:textAlignment w:val="baseline"/>
        <w:rPr>
          <w:rFonts w:ascii="DM Serif Display" w:hAnsi="DM Serif Display"/>
          <w:b w:val="0"/>
          <w:bCs w:val="0"/>
          <w:color w:val="000000"/>
          <w:sz w:val="36"/>
          <w:szCs w:val="36"/>
        </w:rPr>
      </w:pPr>
      <w:r w:rsidRPr="0013174E">
        <w:rPr>
          <w:rFonts w:ascii="DM Serif Display" w:hAnsi="DM Serif Display"/>
          <w:b w:val="0"/>
          <w:bCs w:val="0"/>
          <w:color w:val="000000"/>
          <w:sz w:val="36"/>
          <w:szCs w:val="36"/>
        </w:rPr>
        <w:t>Why It Matters</w:t>
      </w:r>
    </w:p>
    <w:p w14:paraId="579AE52D" w14:textId="77777777"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Questrial" w:hAnsi="Questrial" w:cs="Questrial"/>
          <w:color w:val="666666"/>
        </w:rPr>
        <w:t>Purpose imparts clarity amid life’s complexities. It fortifies resilience, enabling one to endure adversity with grace, and cultivates humility to remain grounded amidst success. It bestows significance upon each day and imbues your endeavors with profound meaning.</w:t>
      </w:r>
    </w:p>
    <w:p w14:paraId="6C56D446" w14:textId="77777777" w:rsidR="00107A9F" w:rsidRDefault="00107A9F" w:rsidP="00D42A85">
      <w:pPr>
        <w:pStyle w:val="NormalWeb"/>
        <w:spacing w:before="300" w:beforeAutospacing="0" w:after="300" w:afterAutospacing="0"/>
        <w:jc w:val="both"/>
        <w:textAlignment w:val="baseline"/>
        <w:rPr>
          <w:rFonts w:ascii="Questrial" w:hAnsi="Questrial" w:cs="Questrial"/>
          <w:b/>
          <w:bCs/>
          <w:i/>
          <w:iCs/>
          <w:color w:val="666666"/>
        </w:rPr>
      </w:pPr>
      <w:r>
        <w:rPr>
          <w:rFonts w:ascii="Questrial" w:hAnsi="Questrial" w:cs="Questrial"/>
          <w:b/>
          <w:bCs/>
          <w:i/>
          <w:iCs/>
          <w:color w:val="666666"/>
        </w:rPr>
        <w:t>You don’t need a title to have purpose. You just need to be willing.</w:t>
      </w:r>
    </w:p>
    <w:p w14:paraId="5A1A74F8" w14:textId="77777777"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Questrial" w:hAnsi="Questrial" w:cs="Questrial"/>
          <w:color w:val="666666"/>
        </w:rPr>
        <w:t>Whether expressed openly or quietly, your purpose holds immense significance. It magnifies your voice, empowers your narrative, and affirms that your existence is intentional, not arbitrary.</w:t>
      </w:r>
    </w:p>
    <w:p w14:paraId="1AAE05D7" w14:textId="4351AB7F"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DM Serif Display" w:hAnsi="DM Serif Display"/>
          <w:i/>
          <w:iCs/>
          <w:color w:val="3E2C5A"/>
          <w:sz w:val="31"/>
          <w:szCs w:val="31"/>
          <w:shd w:val="clear" w:color="auto" w:fill="F5F5F8"/>
        </w:rPr>
        <w:t>“When you know your purpose, you live with intention, passion, and a sense of fulfillment—because you're not just moving through life, you're living it with meaning.”</w:t>
      </w:r>
    </w:p>
    <w:p w14:paraId="20B7188E" w14:textId="77777777" w:rsidR="00107A9F" w:rsidRPr="0013174E" w:rsidRDefault="00107A9F" w:rsidP="00D42A85">
      <w:pPr>
        <w:pStyle w:val="Heading3"/>
        <w:spacing w:before="0" w:after="225" w:line="810" w:lineRule="atLeast"/>
        <w:jc w:val="both"/>
        <w:textAlignment w:val="baseline"/>
        <w:rPr>
          <w:rFonts w:ascii="DM Serif Display" w:hAnsi="DM Serif Display"/>
          <w:b w:val="0"/>
          <w:bCs w:val="0"/>
          <w:color w:val="000000"/>
          <w:sz w:val="36"/>
          <w:szCs w:val="36"/>
        </w:rPr>
      </w:pPr>
      <w:r w:rsidRPr="0013174E">
        <w:rPr>
          <w:rFonts w:ascii="DM Serif Display" w:hAnsi="DM Serif Display"/>
          <w:b w:val="0"/>
          <w:bCs w:val="0"/>
          <w:color w:val="000000"/>
          <w:sz w:val="36"/>
          <w:szCs w:val="36"/>
        </w:rPr>
        <w:lastRenderedPageBreak/>
        <w:t>The Power of Purpose: What It Does for Your Life</w:t>
      </w:r>
    </w:p>
    <w:p w14:paraId="2B35C9EB" w14:textId="77777777"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Questrial" w:hAnsi="Questrial" w:cs="Questrial"/>
          <w:color w:val="666666"/>
        </w:rPr>
        <w:t>Purpose is not merely a concept—it is a compelling call to action. Envision a world where more individuals live intentionally, serve with compassion, and pursue the unique calling bestowed upon them.</w:t>
      </w:r>
    </w:p>
    <w:p w14:paraId="498FF70A" w14:textId="77777777"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Questrial" w:hAnsi="Questrial" w:cs="Questrial"/>
          <w:color w:val="666666"/>
        </w:rPr>
        <w:t>In such a world:</w:t>
      </w:r>
    </w:p>
    <w:p w14:paraId="33051D17" w14:textId="77777777" w:rsidR="00107A9F" w:rsidRDefault="00107A9F" w:rsidP="00D42A85">
      <w:pPr>
        <w:numPr>
          <w:ilvl w:val="0"/>
          <w:numId w:val="11"/>
        </w:numPr>
        <w:spacing w:after="150" w:line="240" w:lineRule="auto"/>
        <w:ind w:left="1170"/>
        <w:jc w:val="both"/>
        <w:textAlignment w:val="baseline"/>
        <w:rPr>
          <w:rFonts w:ascii="inherit" w:hAnsi="inherit" w:cs="Questrial" w:hint="eastAsia"/>
          <w:color w:val="737E86"/>
        </w:rPr>
      </w:pPr>
      <w:r>
        <w:rPr>
          <w:rFonts w:ascii="inherit" w:hAnsi="inherit" w:cs="Questrial"/>
          <w:color w:val="737E86"/>
        </w:rPr>
        <w:t>Families flourish.</w:t>
      </w:r>
    </w:p>
    <w:p w14:paraId="6639C8C1" w14:textId="77777777" w:rsidR="00107A9F" w:rsidRDefault="00107A9F" w:rsidP="00D42A85">
      <w:pPr>
        <w:numPr>
          <w:ilvl w:val="0"/>
          <w:numId w:val="11"/>
        </w:numPr>
        <w:spacing w:after="150" w:line="240" w:lineRule="auto"/>
        <w:ind w:left="1170"/>
        <w:jc w:val="both"/>
        <w:textAlignment w:val="baseline"/>
        <w:rPr>
          <w:rFonts w:ascii="inherit" w:hAnsi="inherit" w:cs="Questrial" w:hint="eastAsia"/>
          <w:color w:val="737E86"/>
        </w:rPr>
      </w:pPr>
      <w:r>
        <w:rPr>
          <w:rFonts w:ascii="inherit" w:hAnsi="inherit" w:cs="Questrial"/>
          <w:color w:val="737E86"/>
        </w:rPr>
        <w:t>Communities strengthen.</w:t>
      </w:r>
    </w:p>
    <w:p w14:paraId="51D7864E" w14:textId="77777777" w:rsidR="00107A9F" w:rsidRDefault="00107A9F" w:rsidP="00D42A85">
      <w:pPr>
        <w:numPr>
          <w:ilvl w:val="0"/>
          <w:numId w:val="11"/>
        </w:numPr>
        <w:spacing w:after="150" w:line="240" w:lineRule="auto"/>
        <w:ind w:left="1170"/>
        <w:jc w:val="both"/>
        <w:textAlignment w:val="baseline"/>
        <w:rPr>
          <w:rFonts w:ascii="inherit" w:hAnsi="inherit" w:cs="Questrial" w:hint="eastAsia"/>
          <w:color w:val="737E86"/>
        </w:rPr>
      </w:pPr>
      <w:r>
        <w:rPr>
          <w:rFonts w:ascii="inherit" w:hAnsi="inherit" w:cs="Questrial"/>
          <w:color w:val="737E86"/>
        </w:rPr>
        <w:t>Nations awaken to hope.</w:t>
      </w:r>
    </w:p>
    <w:p w14:paraId="54483148" w14:textId="77777777"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Questrial" w:hAnsi="Questrial" w:cs="Questrial"/>
          <w:color w:val="666666"/>
        </w:rPr>
        <w:t>Regardless of your life stage—whether embarking on a new journey or rediscovering your path—one enduring truth remains: you were created for a reason.</w:t>
      </w:r>
    </w:p>
    <w:p w14:paraId="709773EA" w14:textId="77777777"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Questrial" w:hAnsi="Questrial" w:cs="Questrial"/>
          <w:color w:val="666666"/>
        </w:rPr>
        <w:t>Purpose transcends careers, titles, or talents. It encompasses living a life that brings joy, meaning, and lasting impact. It is a universal calling accessible to all—young or old, seasoned or learning, churched or unchurched.</w:t>
      </w:r>
    </w:p>
    <w:p w14:paraId="7D46D343" w14:textId="77777777" w:rsidR="00107A9F" w:rsidRDefault="00107A9F" w:rsidP="00D42A85">
      <w:pPr>
        <w:pStyle w:val="NormalWeb"/>
        <w:spacing w:before="0" w:beforeAutospacing="0" w:after="225" w:afterAutospacing="0"/>
        <w:jc w:val="both"/>
        <w:textAlignment w:val="baseline"/>
        <w:rPr>
          <w:rFonts w:ascii="Questrial" w:hAnsi="Questrial" w:cs="Questrial"/>
          <w:color w:val="666666"/>
        </w:rPr>
      </w:pPr>
      <w:r>
        <w:rPr>
          <w:rFonts w:ascii="Questrial" w:hAnsi="Questrial" w:cs="Questrial"/>
          <w:color w:val="666666"/>
        </w:rPr>
        <w:t>Whether you have already embraced your purpose or are in the process of discovering it, know this: you have one.</w:t>
      </w:r>
    </w:p>
    <w:p w14:paraId="381885BF" w14:textId="77777777" w:rsidR="00107A9F" w:rsidRPr="0013174E" w:rsidRDefault="00107A9F" w:rsidP="00D42A85">
      <w:pPr>
        <w:pStyle w:val="Heading3"/>
        <w:spacing w:before="0" w:after="225" w:line="810" w:lineRule="atLeast"/>
        <w:jc w:val="both"/>
        <w:textAlignment w:val="baseline"/>
        <w:rPr>
          <w:rFonts w:ascii="DM Serif Display" w:hAnsi="DM Serif Display"/>
          <w:b w:val="0"/>
          <w:bCs w:val="0"/>
          <w:color w:val="000000"/>
          <w:sz w:val="36"/>
          <w:szCs w:val="36"/>
        </w:rPr>
      </w:pPr>
      <w:r w:rsidRPr="0013174E">
        <w:rPr>
          <w:rFonts w:ascii="DM Serif Display" w:hAnsi="DM Serif Display"/>
          <w:b w:val="0"/>
          <w:bCs w:val="0"/>
          <w:color w:val="000000"/>
          <w:sz w:val="36"/>
          <w:szCs w:val="36"/>
        </w:rPr>
        <w:t>1. Purpose Gives Direction</w:t>
      </w:r>
    </w:p>
    <w:p w14:paraId="1FCFB1BA" w14:textId="77777777" w:rsidR="00107A9F" w:rsidRDefault="00107A9F" w:rsidP="00D42A85">
      <w:pPr>
        <w:pStyle w:val="NormalWeb"/>
        <w:spacing w:before="0" w:beforeAutospacing="0" w:after="225" w:afterAutospacing="0"/>
        <w:jc w:val="both"/>
        <w:textAlignment w:val="baseline"/>
        <w:rPr>
          <w:rFonts w:ascii="Arial" w:hAnsi="Arial" w:cs="Arial"/>
          <w:color w:val="333333"/>
        </w:rPr>
      </w:pPr>
      <w:r>
        <w:rPr>
          <w:rFonts w:ascii="Arial" w:hAnsi="Arial" w:cs="Arial"/>
          <w:color w:val="333333"/>
        </w:rPr>
        <w:t>Purpose acts as your internal compass, guiding your choices and keeping you on course even when life feels uncertain.</w:t>
      </w:r>
    </w:p>
    <w:p w14:paraId="7DE1EF07" w14:textId="77777777" w:rsidR="00107A9F" w:rsidRDefault="00107A9F" w:rsidP="00D42A85">
      <w:pPr>
        <w:pStyle w:val="NormalWeb"/>
        <w:spacing w:before="0" w:beforeAutospacing="0" w:after="225" w:afterAutospacing="0"/>
        <w:jc w:val="both"/>
        <w:textAlignment w:val="baseline"/>
        <w:rPr>
          <w:rFonts w:ascii="Arial" w:hAnsi="Arial" w:cs="Arial"/>
          <w:color w:val="333333"/>
        </w:rPr>
      </w:pPr>
      <w:r>
        <w:rPr>
          <w:rFonts w:ascii="Arial" w:hAnsi="Arial" w:cs="Arial"/>
          <w:color w:val="333333"/>
        </w:rPr>
        <w:t>When you know where you are headed, decisions become clearer, distractions lose their power, and your energy flows toward what truly matters.</w:t>
      </w:r>
    </w:p>
    <w:p w14:paraId="5F9BE42A" w14:textId="77777777" w:rsidR="00107A9F" w:rsidRDefault="00107A9F" w:rsidP="00D42A85">
      <w:pPr>
        <w:pStyle w:val="NormalWeb"/>
        <w:spacing w:before="0" w:beforeAutospacing="0" w:after="225" w:afterAutospacing="0"/>
        <w:jc w:val="both"/>
        <w:textAlignment w:val="baseline"/>
        <w:rPr>
          <w:rFonts w:ascii="Arial" w:hAnsi="Arial" w:cs="Arial"/>
          <w:color w:val="333333"/>
        </w:rPr>
      </w:pPr>
      <w:r>
        <w:rPr>
          <w:rFonts w:ascii="Arial" w:hAnsi="Arial" w:cs="Arial"/>
          <w:color w:val="333333"/>
        </w:rPr>
        <w:t>It’s not about moving faster — it’s about moving in the right direction.</w:t>
      </w:r>
    </w:p>
    <w:p w14:paraId="108E3CB0" w14:textId="5DBE432A" w:rsidR="00107A9F" w:rsidRPr="00D42A85" w:rsidRDefault="00107A9F" w:rsidP="00D42A85">
      <w:pPr>
        <w:jc w:val="both"/>
        <w:rPr>
          <w:rFonts w:ascii="DM Serif Display" w:hAnsi="DM Serif Display"/>
          <w:i/>
          <w:iCs/>
          <w:color w:val="5A4A7D"/>
          <w:sz w:val="28"/>
          <w:szCs w:val="28"/>
          <w:shd w:val="clear" w:color="auto" w:fill="FAF8FC"/>
        </w:rPr>
      </w:pPr>
      <w:r>
        <w:rPr>
          <w:rFonts w:ascii="DM Serif Display" w:hAnsi="DM Serif Display"/>
          <w:i/>
          <w:iCs/>
          <w:color w:val="5A4A7D"/>
          <w:sz w:val="28"/>
          <w:szCs w:val="28"/>
          <w:shd w:val="clear" w:color="auto" w:fill="FAF8FC"/>
        </w:rPr>
        <w:t>"Purpose acts as your internal compass, guiding you even through uncertainty."</w:t>
      </w:r>
    </w:p>
    <w:p w14:paraId="11C57CE0" w14:textId="77777777" w:rsidR="00107A9F" w:rsidRPr="0013174E" w:rsidRDefault="00107A9F" w:rsidP="00D42A85">
      <w:pPr>
        <w:pStyle w:val="Heading3"/>
        <w:spacing w:before="0" w:after="225" w:line="810" w:lineRule="atLeast"/>
        <w:jc w:val="both"/>
        <w:textAlignment w:val="baseline"/>
        <w:rPr>
          <w:rFonts w:ascii="DM Serif Display" w:hAnsi="DM Serif Display"/>
          <w:b w:val="0"/>
          <w:bCs w:val="0"/>
          <w:color w:val="000000"/>
          <w:sz w:val="36"/>
          <w:szCs w:val="36"/>
        </w:rPr>
      </w:pPr>
      <w:r w:rsidRPr="0013174E">
        <w:rPr>
          <w:rFonts w:ascii="DM Serif Display" w:hAnsi="DM Serif Display"/>
          <w:b w:val="0"/>
          <w:bCs w:val="0"/>
          <w:color w:val="000000"/>
          <w:sz w:val="36"/>
          <w:szCs w:val="36"/>
        </w:rPr>
        <w:t>2. Purpose Unifies Your Gifts</w:t>
      </w:r>
    </w:p>
    <w:p w14:paraId="605453C5" w14:textId="77777777" w:rsidR="00107A9F" w:rsidRDefault="00107A9F" w:rsidP="00D42A85">
      <w:pPr>
        <w:pStyle w:val="NormalWeb"/>
        <w:spacing w:before="0" w:beforeAutospacing="0" w:after="225" w:afterAutospacing="0"/>
        <w:jc w:val="both"/>
        <w:textAlignment w:val="baseline"/>
        <w:rPr>
          <w:rFonts w:ascii="Arial" w:hAnsi="Arial" w:cs="Arial"/>
          <w:color w:val="333333"/>
        </w:rPr>
      </w:pPr>
      <w:r>
        <w:rPr>
          <w:rFonts w:ascii="Arial" w:hAnsi="Arial" w:cs="Arial"/>
          <w:color w:val="333333"/>
        </w:rPr>
        <w:t>Whether you possess many talents or are still uncovering your unique strengths, purpose weaves them into a harmonious whole.</w:t>
      </w:r>
    </w:p>
    <w:p w14:paraId="1E1EA7D3" w14:textId="77777777" w:rsidR="00107A9F" w:rsidRDefault="00107A9F" w:rsidP="00D42A85">
      <w:pPr>
        <w:pStyle w:val="NormalWeb"/>
        <w:spacing w:before="0" w:beforeAutospacing="0" w:after="225" w:afterAutospacing="0"/>
        <w:jc w:val="both"/>
        <w:textAlignment w:val="baseline"/>
        <w:rPr>
          <w:rFonts w:ascii="Arial" w:hAnsi="Arial" w:cs="Arial"/>
          <w:color w:val="333333"/>
        </w:rPr>
      </w:pPr>
      <w:r>
        <w:rPr>
          <w:rFonts w:ascii="Arial" w:hAnsi="Arial" w:cs="Arial"/>
          <w:color w:val="333333"/>
        </w:rPr>
        <w:t>It reveals how your experiences, skills, and even challenges are intentionally designed to equip you for impactful and meaningful contributions.</w:t>
      </w:r>
    </w:p>
    <w:p w14:paraId="19191BC7" w14:textId="77777777" w:rsidR="00107A9F" w:rsidRDefault="00107A9F" w:rsidP="00D42A85">
      <w:pPr>
        <w:shd w:val="clear" w:color="auto" w:fill="FAF8FC"/>
        <w:jc w:val="both"/>
        <w:textAlignment w:val="baseline"/>
        <w:rPr>
          <w:rFonts w:ascii="DM Serif Display" w:hAnsi="DM Serif Display" w:cs="Times New Roman"/>
          <w:i/>
          <w:iCs/>
          <w:color w:val="5A4A7D"/>
        </w:rPr>
      </w:pPr>
      <w:r>
        <w:rPr>
          <w:rFonts w:ascii="DM Serif Display" w:hAnsi="DM Serif Display"/>
          <w:i/>
          <w:iCs/>
          <w:color w:val="5A4A7D"/>
        </w:rPr>
        <w:lastRenderedPageBreak/>
        <w:t>"Your unique gifts come together when guided by purpose."</w:t>
      </w:r>
    </w:p>
    <w:p w14:paraId="08A3565A" w14:textId="77777777" w:rsidR="00107A9F" w:rsidRPr="0013174E" w:rsidRDefault="00107A9F" w:rsidP="00D42A85">
      <w:pPr>
        <w:pStyle w:val="Heading3"/>
        <w:spacing w:before="0" w:after="225" w:line="810" w:lineRule="atLeast"/>
        <w:jc w:val="both"/>
        <w:textAlignment w:val="baseline"/>
        <w:rPr>
          <w:rFonts w:ascii="DM Serif Display" w:hAnsi="DM Serif Display"/>
          <w:b w:val="0"/>
          <w:bCs w:val="0"/>
          <w:color w:val="000000"/>
          <w:sz w:val="36"/>
          <w:szCs w:val="36"/>
        </w:rPr>
      </w:pPr>
      <w:r w:rsidRPr="0013174E">
        <w:rPr>
          <w:rFonts w:ascii="DM Serif Display" w:hAnsi="DM Serif Display"/>
          <w:b w:val="0"/>
          <w:bCs w:val="0"/>
          <w:color w:val="000000"/>
          <w:sz w:val="36"/>
          <w:szCs w:val="36"/>
        </w:rPr>
        <w:t>3. Purpose Fuels Endurance and Resilience</w:t>
      </w:r>
    </w:p>
    <w:p w14:paraId="7D3473CA" w14:textId="77777777" w:rsidR="00107A9F" w:rsidRDefault="00107A9F" w:rsidP="00D42A85">
      <w:pPr>
        <w:pStyle w:val="NormalWeb"/>
        <w:spacing w:before="0" w:beforeAutospacing="0" w:after="225" w:afterAutospacing="0"/>
        <w:jc w:val="both"/>
        <w:textAlignment w:val="baseline"/>
        <w:rPr>
          <w:rFonts w:ascii="inherit" w:hAnsi="inherit"/>
        </w:rPr>
      </w:pPr>
      <w:r>
        <w:rPr>
          <w:rFonts w:ascii="inherit" w:hAnsi="inherit"/>
        </w:rPr>
        <w:t>Life isn’t always easy. But when you have purpose, it becomes meaningful.</w:t>
      </w:r>
    </w:p>
    <w:p w14:paraId="604AF5F5" w14:textId="77777777" w:rsidR="00107A9F" w:rsidRDefault="00107A9F" w:rsidP="00D42A85">
      <w:pPr>
        <w:pStyle w:val="NormalWeb"/>
        <w:spacing w:before="0" w:beforeAutospacing="0" w:after="225" w:afterAutospacing="0"/>
        <w:jc w:val="both"/>
        <w:textAlignment w:val="baseline"/>
        <w:rPr>
          <w:rFonts w:ascii="inherit" w:hAnsi="inherit"/>
        </w:rPr>
      </w:pPr>
      <w:r>
        <w:rPr>
          <w:rFonts w:ascii="inherit" w:hAnsi="inherit"/>
        </w:rPr>
        <w:t>Purpose gives you strength to keep going. It helps you push through adversity knowing that challenges are shaping you for something greater.</w:t>
      </w:r>
    </w:p>
    <w:p w14:paraId="36CA8F4C" w14:textId="77777777" w:rsidR="00107A9F" w:rsidRDefault="00107A9F" w:rsidP="00D42A85">
      <w:pPr>
        <w:pStyle w:val="NormalWeb"/>
        <w:spacing w:before="0" w:beforeAutospacing="0" w:after="225" w:afterAutospacing="0"/>
        <w:jc w:val="both"/>
        <w:textAlignment w:val="baseline"/>
        <w:rPr>
          <w:rFonts w:ascii="inherit" w:hAnsi="inherit"/>
        </w:rPr>
      </w:pPr>
      <w:r>
        <w:rPr>
          <w:rFonts w:ascii="inherit" w:hAnsi="inherit"/>
        </w:rPr>
        <w:t>You’re not just surviving—you’re growing through it.</w:t>
      </w:r>
    </w:p>
    <w:p w14:paraId="13E8218A" w14:textId="77777777" w:rsidR="00107A9F" w:rsidRDefault="00107A9F" w:rsidP="00D42A85">
      <w:pPr>
        <w:shd w:val="clear" w:color="auto" w:fill="FAF8FC"/>
        <w:jc w:val="both"/>
        <w:textAlignment w:val="baseline"/>
        <w:rPr>
          <w:rFonts w:ascii="DM Serif Display" w:hAnsi="DM Serif Display"/>
          <w:i/>
          <w:iCs/>
          <w:color w:val="5A4A7D"/>
        </w:rPr>
      </w:pPr>
      <w:r>
        <w:rPr>
          <w:rFonts w:ascii="DM Serif Display" w:hAnsi="DM Serif Display"/>
          <w:i/>
          <w:iCs/>
          <w:color w:val="5A4A7D"/>
        </w:rPr>
        <w:t>"Purpose transforms challenges into stepping stones for growth."</w:t>
      </w:r>
    </w:p>
    <w:p w14:paraId="4B5B772F" w14:textId="77777777" w:rsidR="00107A9F" w:rsidRPr="0013174E" w:rsidRDefault="00107A9F" w:rsidP="00D42A85">
      <w:pPr>
        <w:pStyle w:val="Heading3"/>
        <w:spacing w:before="0" w:after="225" w:line="810" w:lineRule="atLeast"/>
        <w:jc w:val="both"/>
        <w:textAlignment w:val="baseline"/>
        <w:rPr>
          <w:rFonts w:ascii="DM Serif Display" w:hAnsi="DM Serif Display"/>
          <w:b w:val="0"/>
          <w:bCs w:val="0"/>
          <w:color w:val="000000"/>
          <w:sz w:val="36"/>
          <w:szCs w:val="36"/>
        </w:rPr>
      </w:pPr>
      <w:r w:rsidRPr="0013174E">
        <w:rPr>
          <w:rFonts w:ascii="DM Serif Display" w:hAnsi="DM Serif Display"/>
          <w:b w:val="0"/>
          <w:bCs w:val="0"/>
          <w:color w:val="000000"/>
          <w:sz w:val="36"/>
          <w:szCs w:val="36"/>
        </w:rPr>
        <w:t>4. Purpose Builds Passion</w:t>
      </w:r>
    </w:p>
    <w:p w14:paraId="0EF82DEE" w14:textId="77777777" w:rsidR="00107A9F" w:rsidRDefault="00107A9F" w:rsidP="00D42A85">
      <w:pPr>
        <w:pStyle w:val="NormalWeb"/>
        <w:spacing w:before="0" w:beforeAutospacing="0" w:after="225" w:afterAutospacing="0"/>
        <w:jc w:val="both"/>
        <w:textAlignment w:val="baseline"/>
        <w:rPr>
          <w:rFonts w:ascii="inherit" w:hAnsi="inherit"/>
        </w:rPr>
      </w:pPr>
      <w:r>
        <w:rPr>
          <w:rFonts w:ascii="inherit" w:hAnsi="inherit"/>
        </w:rPr>
        <w:t>When you know your purpose, your work becomes more than a task—it becomes a calling.</w:t>
      </w:r>
    </w:p>
    <w:p w14:paraId="6206AD7E" w14:textId="77777777" w:rsidR="00107A9F" w:rsidRDefault="00107A9F" w:rsidP="00D42A85">
      <w:pPr>
        <w:pStyle w:val="NormalWeb"/>
        <w:spacing w:before="0" w:beforeAutospacing="0" w:after="225" w:afterAutospacing="0"/>
        <w:jc w:val="both"/>
        <w:textAlignment w:val="baseline"/>
        <w:rPr>
          <w:rFonts w:ascii="inherit" w:hAnsi="inherit"/>
        </w:rPr>
      </w:pPr>
      <w:r>
        <w:rPr>
          <w:rFonts w:ascii="inherit" w:hAnsi="inherit"/>
        </w:rPr>
        <w:t>You show up with heart. You give your best, not just for results, but because what you do matters.</w:t>
      </w:r>
    </w:p>
    <w:p w14:paraId="353AB728" w14:textId="77777777" w:rsidR="00107A9F" w:rsidRDefault="00107A9F" w:rsidP="00D42A85">
      <w:pPr>
        <w:pStyle w:val="NormalWeb"/>
        <w:spacing w:before="0" w:beforeAutospacing="0" w:after="225" w:afterAutospacing="0"/>
        <w:jc w:val="both"/>
        <w:textAlignment w:val="baseline"/>
        <w:rPr>
          <w:rFonts w:ascii="inherit" w:hAnsi="inherit"/>
        </w:rPr>
      </w:pPr>
      <w:r>
        <w:rPr>
          <w:rFonts w:ascii="inherit" w:hAnsi="inherit"/>
        </w:rPr>
        <w:t>Purpose adds fire to your focus and depth to your daily life.</w:t>
      </w:r>
    </w:p>
    <w:p w14:paraId="28914117" w14:textId="77777777" w:rsidR="00107A9F" w:rsidRDefault="00107A9F" w:rsidP="00D42A85">
      <w:pPr>
        <w:shd w:val="clear" w:color="auto" w:fill="FAF8FC"/>
        <w:jc w:val="both"/>
        <w:textAlignment w:val="baseline"/>
        <w:rPr>
          <w:rFonts w:ascii="DM Serif Display" w:hAnsi="DM Serif Display"/>
          <w:i/>
          <w:iCs/>
          <w:color w:val="5A4A7D"/>
        </w:rPr>
      </w:pPr>
      <w:r>
        <w:rPr>
          <w:rFonts w:ascii="DM Serif Display" w:hAnsi="DM Serif Display"/>
          <w:i/>
          <w:iCs/>
          <w:color w:val="5A4A7D"/>
        </w:rPr>
        <w:t>"Purpose adds fire to your focus and depth to your daily life."</w:t>
      </w:r>
    </w:p>
    <w:p w14:paraId="677AD4BD" w14:textId="77777777" w:rsidR="00107A9F" w:rsidRPr="0013174E" w:rsidRDefault="00107A9F" w:rsidP="006E78D0">
      <w:pPr>
        <w:pStyle w:val="Heading3"/>
        <w:spacing w:before="0" w:after="225" w:line="810" w:lineRule="atLeast"/>
        <w:textAlignment w:val="baseline"/>
        <w:rPr>
          <w:rFonts w:ascii="DM Serif Display" w:hAnsi="DM Serif Display"/>
          <w:b w:val="0"/>
          <w:bCs w:val="0"/>
          <w:color w:val="000000"/>
          <w:sz w:val="36"/>
          <w:szCs w:val="36"/>
        </w:rPr>
      </w:pPr>
      <w:r w:rsidRPr="0013174E">
        <w:rPr>
          <w:rFonts w:ascii="DM Serif Display" w:hAnsi="DM Serif Display"/>
          <w:b w:val="0"/>
          <w:bCs w:val="0"/>
          <w:color w:val="000000"/>
          <w:sz w:val="36"/>
          <w:szCs w:val="36"/>
        </w:rPr>
        <w:t>5. Purpose Multiplies Your Impact</w:t>
      </w:r>
    </w:p>
    <w:p w14:paraId="6E403824" w14:textId="77777777" w:rsidR="00107A9F" w:rsidRDefault="00107A9F" w:rsidP="006E78D0">
      <w:pPr>
        <w:pStyle w:val="NormalWeb"/>
        <w:spacing w:before="0" w:beforeAutospacing="0" w:after="225" w:afterAutospacing="0"/>
        <w:textAlignment w:val="baseline"/>
        <w:rPr>
          <w:rFonts w:ascii="inherit" w:hAnsi="inherit"/>
        </w:rPr>
      </w:pPr>
      <w:r>
        <w:rPr>
          <w:rFonts w:ascii="inherit" w:hAnsi="inherit"/>
        </w:rPr>
        <w:t>Purpose is never just about you. It’s about who you’re called to serve, lift, inspire, and impact.</w:t>
      </w:r>
    </w:p>
    <w:p w14:paraId="30B6A2FB" w14:textId="77777777" w:rsidR="00107A9F" w:rsidRDefault="00107A9F" w:rsidP="006E78D0">
      <w:pPr>
        <w:pStyle w:val="NormalWeb"/>
        <w:spacing w:before="0" w:beforeAutospacing="0" w:after="225" w:afterAutospacing="0"/>
        <w:textAlignment w:val="baseline"/>
        <w:rPr>
          <w:rFonts w:ascii="inherit" w:hAnsi="inherit"/>
        </w:rPr>
      </w:pPr>
      <w:r>
        <w:rPr>
          <w:rFonts w:ascii="inherit" w:hAnsi="inherit"/>
        </w:rPr>
        <w:t>When you walk in purpose,</w:t>
      </w:r>
    </w:p>
    <w:p w14:paraId="69975238" w14:textId="77777777" w:rsidR="00107A9F" w:rsidRDefault="00107A9F" w:rsidP="006E78D0">
      <w:pPr>
        <w:pStyle w:val="NormalWeb"/>
        <w:spacing w:before="0" w:beforeAutospacing="0" w:after="225" w:afterAutospacing="0"/>
        <w:textAlignment w:val="baseline"/>
        <w:rPr>
          <w:rFonts w:ascii="inherit" w:hAnsi="inherit"/>
        </w:rPr>
      </w:pPr>
      <w:r>
        <w:rPr>
          <w:rFonts w:ascii="inherit" w:hAnsi="inherit"/>
        </w:rPr>
        <w:t>Your life becomes a ripple of change.</w:t>
      </w:r>
      <w:r>
        <w:rPr>
          <w:rFonts w:ascii="inherit" w:hAnsi="inherit"/>
        </w:rPr>
        <w:br/>
        <w:t>Your story becomes someone’s encouragement.</w:t>
      </w:r>
      <w:r>
        <w:rPr>
          <w:rFonts w:ascii="inherit" w:hAnsi="inherit"/>
        </w:rPr>
        <w:br/>
        <w:t>Your work becomes a blessing.</w:t>
      </w:r>
      <w:r>
        <w:rPr>
          <w:rFonts w:ascii="inherit" w:hAnsi="inherit"/>
        </w:rPr>
        <w:br/>
        <w:t>Your presence becomes an answer to someone’s prayer.</w:t>
      </w:r>
    </w:p>
    <w:p w14:paraId="6D3A22C8" w14:textId="77777777" w:rsidR="00107A9F" w:rsidRDefault="00107A9F" w:rsidP="006E78D0">
      <w:pPr>
        <w:shd w:val="clear" w:color="auto" w:fill="FAF8FC"/>
        <w:textAlignment w:val="baseline"/>
        <w:rPr>
          <w:rFonts w:ascii="DM Serif Display" w:hAnsi="DM Serif Display"/>
          <w:i/>
          <w:iCs/>
          <w:color w:val="5A4A7D"/>
        </w:rPr>
      </w:pPr>
      <w:r>
        <w:rPr>
          <w:rFonts w:ascii="DM Serif Display" w:hAnsi="DM Serif Display"/>
          <w:i/>
          <w:iCs/>
          <w:color w:val="5A4A7D"/>
        </w:rPr>
        <w:t>"Your life is never just about you—it’s a ripple that touches others in ways you may never fully see."</w:t>
      </w:r>
    </w:p>
    <w:p w14:paraId="6A5536D5" w14:textId="77777777" w:rsidR="00107A9F" w:rsidRPr="0013174E" w:rsidRDefault="00107A9F" w:rsidP="006E78D0">
      <w:pPr>
        <w:pStyle w:val="Heading3"/>
        <w:spacing w:before="0" w:after="225" w:line="810" w:lineRule="atLeast"/>
        <w:textAlignment w:val="baseline"/>
        <w:rPr>
          <w:rFonts w:ascii="DM Serif Display" w:hAnsi="DM Serif Display"/>
          <w:b w:val="0"/>
          <w:bCs w:val="0"/>
          <w:color w:val="000000"/>
          <w:sz w:val="36"/>
          <w:szCs w:val="36"/>
        </w:rPr>
      </w:pPr>
      <w:r w:rsidRPr="0013174E">
        <w:rPr>
          <w:rFonts w:ascii="DM Serif Display" w:hAnsi="DM Serif Display"/>
          <w:b w:val="0"/>
          <w:bCs w:val="0"/>
          <w:color w:val="000000"/>
          <w:sz w:val="36"/>
          <w:szCs w:val="36"/>
        </w:rPr>
        <w:lastRenderedPageBreak/>
        <w:t>6. Purpose Brings Clarity and Direction</w:t>
      </w:r>
    </w:p>
    <w:p w14:paraId="62258409" w14:textId="77777777" w:rsidR="00107A9F" w:rsidRDefault="00107A9F" w:rsidP="006E78D0">
      <w:pPr>
        <w:pStyle w:val="NormalWeb"/>
        <w:spacing w:before="0" w:beforeAutospacing="0" w:after="225" w:afterAutospacing="0"/>
        <w:textAlignment w:val="baseline"/>
        <w:rPr>
          <w:rFonts w:ascii="inherit" w:hAnsi="inherit"/>
        </w:rPr>
      </w:pPr>
      <w:r>
        <w:rPr>
          <w:rFonts w:ascii="inherit" w:hAnsi="inherit"/>
        </w:rPr>
        <w:t>Without purpose, life can feel chaotic. But when you know your “why,”</w:t>
      </w:r>
    </w:p>
    <w:p w14:paraId="5447345F" w14:textId="77777777" w:rsidR="00107A9F" w:rsidRDefault="00107A9F" w:rsidP="006E78D0">
      <w:pPr>
        <w:pStyle w:val="NormalWeb"/>
        <w:spacing w:before="0" w:beforeAutospacing="0" w:after="225" w:afterAutospacing="0"/>
        <w:textAlignment w:val="baseline"/>
        <w:rPr>
          <w:rFonts w:ascii="inherit" w:hAnsi="inherit"/>
        </w:rPr>
      </w:pPr>
      <w:r>
        <w:rPr>
          <w:rFonts w:ascii="inherit" w:hAnsi="inherit"/>
        </w:rPr>
        <w:t>You begin making intentional decisions.</w:t>
      </w:r>
      <w:r>
        <w:rPr>
          <w:rFonts w:ascii="inherit" w:hAnsi="inherit"/>
        </w:rPr>
        <w:br/>
        <w:t>You stop chasing distractions and start walking in direction—with focus and peace.</w:t>
      </w:r>
    </w:p>
    <w:p w14:paraId="4AB0F7F4" w14:textId="77777777" w:rsidR="00107A9F" w:rsidRDefault="00107A9F" w:rsidP="006E78D0">
      <w:pPr>
        <w:shd w:val="clear" w:color="auto" w:fill="FAF8FC"/>
        <w:textAlignment w:val="baseline"/>
        <w:rPr>
          <w:rFonts w:ascii="DM Serif Display" w:hAnsi="DM Serif Display"/>
          <w:i/>
          <w:iCs/>
          <w:color w:val="5A4A7D"/>
        </w:rPr>
      </w:pPr>
      <w:r>
        <w:rPr>
          <w:rFonts w:ascii="DM Serif Display" w:hAnsi="DM Serif Display"/>
          <w:i/>
          <w:iCs/>
          <w:color w:val="5A4A7D"/>
        </w:rPr>
        <w:t>"Clarity comes when your purpose guides your steps."</w:t>
      </w:r>
    </w:p>
    <w:p w14:paraId="7BC7B68C" w14:textId="77777777" w:rsidR="00D42A85" w:rsidRPr="00D42A85" w:rsidRDefault="00D42A85" w:rsidP="00D42A85">
      <w:pPr>
        <w:pStyle w:val="Heading3"/>
        <w:spacing w:before="0" w:after="225" w:line="810" w:lineRule="atLeast"/>
        <w:textAlignment w:val="baseline"/>
        <w:rPr>
          <w:rFonts w:ascii="DM Serif Display" w:hAnsi="DM Serif Display"/>
          <w:b w:val="0"/>
          <w:bCs w:val="0"/>
          <w:color w:val="000000"/>
          <w:sz w:val="36"/>
          <w:szCs w:val="36"/>
        </w:rPr>
      </w:pPr>
      <w:r w:rsidRPr="00D42A85">
        <w:rPr>
          <w:rFonts w:ascii="DM Serif Display" w:hAnsi="DM Serif Display"/>
          <w:b w:val="0"/>
          <w:bCs w:val="0"/>
          <w:color w:val="000000"/>
          <w:sz w:val="36"/>
          <w:szCs w:val="36"/>
        </w:rPr>
        <w:t>7. Purpose Deepens Your Relationship with God</w:t>
      </w:r>
    </w:p>
    <w:p w14:paraId="37B3110C" w14:textId="77777777" w:rsidR="00D42A85" w:rsidRDefault="00D42A85" w:rsidP="00D42A85">
      <w:pPr>
        <w:pStyle w:val="NormalWeb"/>
        <w:spacing w:before="0" w:beforeAutospacing="0" w:after="225" w:afterAutospacing="0"/>
        <w:textAlignment w:val="baseline"/>
        <w:rPr>
          <w:rFonts w:ascii="Arial" w:hAnsi="Arial" w:cs="Arial"/>
          <w:color w:val="333333"/>
        </w:rPr>
      </w:pPr>
      <w:r>
        <w:rPr>
          <w:rFonts w:ascii="Arial" w:hAnsi="Arial" w:cs="Arial"/>
          <w:color w:val="333333"/>
        </w:rPr>
        <w:t>If you’re a person of faith, discovering your purpose,</w:t>
      </w:r>
    </w:p>
    <w:p w14:paraId="6BA1BA52" w14:textId="77777777" w:rsidR="00D42A85" w:rsidRDefault="00D42A85" w:rsidP="00D42A85">
      <w:pPr>
        <w:pStyle w:val="NormalWeb"/>
        <w:spacing w:before="0" w:beforeAutospacing="0" w:after="225" w:afterAutospacing="0"/>
        <w:textAlignment w:val="baseline"/>
        <w:rPr>
          <w:rFonts w:ascii="Arial" w:hAnsi="Arial" w:cs="Arial"/>
          <w:color w:val="333333"/>
        </w:rPr>
      </w:pPr>
      <w:r>
        <w:rPr>
          <w:rFonts w:ascii="Arial" w:hAnsi="Arial" w:cs="Arial"/>
          <w:color w:val="333333"/>
        </w:rPr>
        <w:t>Draws you closer to your Creator.</w:t>
      </w:r>
      <w:r>
        <w:rPr>
          <w:rFonts w:ascii="Arial" w:hAnsi="Arial" w:cs="Arial"/>
          <w:color w:val="333333"/>
        </w:rPr>
        <w:br/>
        <w:t>You begin to see your life not as random, but designed—with intentional calling and eternal value.</w:t>
      </w:r>
      <w:r>
        <w:rPr>
          <w:rFonts w:ascii="Arial" w:hAnsi="Arial" w:cs="Arial"/>
          <w:color w:val="333333"/>
        </w:rPr>
        <w:br/>
        <w:t>You are not forgotten. You are not a mistake.</w:t>
      </w:r>
      <w:r>
        <w:rPr>
          <w:rFonts w:ascii="Arial" w:hAnsi="Arial" w:cs="Arial"/>
          <w:color w:val="333333"/>
        </w:rPr>
        <w:br/>
        <w:t>You were formed, chosen, and sent on purpose.</w:t>
      </w:r>
    </w:p>
    <w:p w14:paraId="3675C823" w14:textId="77777777" w:rsidR="00D42A85" w:rsidRDefault="00D42A85" w:rsidP="00D42A85">
      <w:pPr>
        <w:pStyle w:val="NormalWeb"/>
        <w:spacing w:before="0" w:beforeAutospacing="0" w:after="0" w:afterAutospacing="0"/>
        <w:textAlignment w:val="baseline"/>
        <w:rPr>
          <w:rFonts w:ascii="Arial" w:hAnsi="Arial" w:cs="Arial"/>
          <w:color w:val="333333"/>
        </w:rPr>
      </w:pPr>
      <w:r>
        <w:rPr>
          <w:rStyle w:val="Emphasis"/>
          <w:rFonts w:ascii="inherit" w:hAnsi="inherit" w:cs="Arial"/>
          <w:color w:val="333333"/>
          <w:bdr w:val="none" w:sz="0" w:space="0" w:color="auto" w:frame="1"/>
        </w:rPr>
        <w:t>“Before I formed you in the womb, I knew you.” – Jeremiah 1:5</w:t>
      </w:r>
    </w:p>
    <w:p w14:paraId="5F8BB337" w14:textId="77777777" w:rsidR="00D42A85" w:rsidRDefault="00D42A85" w:rsidP="00D42A85">
      <w:pPr>
        <w:shd w:val="clear" w:color="auto" w:fill="FAF8FC"/>
        <w:textAlignment w:val="baseline"/>
        <w:rPr>
          <w:rFonts w:ascii="DM Serif Display" w:hAnsi="DM Serif Display" w:cs="Times New Roman"/>
          <w:i/>
          <w:iCs/>
          <w:color w:val="5A4A7D"/>
        </w:rPr>
      </w:pPr>
      <w:r>
        <w:rPr>
          <w:rFonts w:ascii="DM Serif Display" w:hAnsi="DM Serif Display"/>
          <w:i/>
          <w:iCs/>
          <w:color w:val="5A4A7D"/>
        </w:rPr>
        <w:t>"You were formed, chosen, and sent on purpose."</w:t>
      </w:r>
    </w:p>
    <w:p w14:paraId="74E3ED9D" w14:textId="77777777" w:rsidR="00107A9F" w:rsidRPr="00D42A85" w:rsidRDefault="00107A9F" w:rsidP="00107A9F">
      <w:pPr>
        <w:pStyle w:val="Heading3"/>
        <w:spacing w:before="0" w:after="225" w:line="810" w:lineRule="atLeast"/>
        <w:textAlignment w:val="baseline"/>
        <w:rPr>
          <w:rFonts w:ascii="DM Serif Display" w:hAnsi="DM Serif Display"/>
          <w:b w:val="0"/>
          <w:bCs w:val="0"/>
          <w:color w:val="000000"/>
          <w:sz w:val="36"/>
          <w:szCs w:val="36"/>
        </w:rPr>
      </w:pPr>
      <w:r w:rsidRPr="00D42A85">
        <w:rPr>
          <w:rFonts w:ascii="DM Serif Display" w:hAnsi="DM Serif Display"/>
          <w:b w:val="0"/>
          <w:bCs w:val="0"/>
          <w:color w:val="000000"/>
          <w:sz w:val="36"/>
          <w:szCs w:val="36"/>
        </w:rPr>
        <w:t>8. Purpose Brings Peace</w:t>
      </w:r>
    </w:p>
    <w:p w14:paraId="671F9286" w14:textId="77777777" w:rsidR="00107A9F" w:rsidRDefault="00107A9F" w:rsidP="00107A9F">
      <w:pPr>
        <w:pStyle w:val="NormalWeb"/>
        <w:spacing w:before="0" w:beforeAutospacing="0" w:after="225" w:afterAutospacing="0"/>
        <w:textAlignment w:val="baseline"/>
        <w:rPr>
          <w:rFonts w:ascii="inherit" w:hAnsi="inherit"/>
        </w:rPr>
      </w:pPr>
      <w:r>
        <w:rPr>
          <w:rFonts w:ascii="inherit" w:hAnsi="inherit"/>
        </w:rPr>
        <w:t>You don’t have to have it all figured out.</w:t>
      </w:r>
    </w:p>
    <w:p w14:paraId="41450D80" w14:textId="77777777" w:rsidR="00107A9F" w:rsidRDefault="00107A9F" w:rsidP="00107A9F">
      <w:pPr>
        <w:pStyle w:val="NormalWeb"/>
        <w:spacing w:before="0" w:beforeAutospacing="0" w:after="225" w:afterAutospacing="0"/>
        <w:textAlignment w:val="baseline"/>
        <w:rPr>
          <w:rFonts w:ascii="inherit" w:hAnsi="inherit"/>
        </w:rPr>
      </w:pPr>
      <w:r>
        <w:rPr>
          <w:rFonts w:ascii="inherit" w:hAnsi="inherit"/>
        </w:rPr>
        <w:t>Walking in purpose brings inner calm.</w:t>
      </w:r>
      <w:r>
        <w:rPr>
          <w:rFonts w:ascii="inherit" w:hAnsi="inherit"/>
        </w:rPr>
        <w:br/>
        <w:t>It quiets the pressure.</w:t>
      </w:r>
      <w:r>
        <w:rPr>
          <w:rFonts w:ascii="inherit" w:hAnsi="inherit"/>
        </w:rPr>
        <w:br/>
        <w:t>It silences the noise.</w:t>
      </w:r>
      <w:r>
        <w:rPr>
          <w:rFonts w:ascii="inherit" w:hAnsi="inherit"/>
        </w:rPr>
        <w:br/>
        <w:t>It gives you permission to trust:</w:t>
      </w:r>
      <w:r>
        <w:rPr>
          <w:rFonts w:ascii="inherit" w:hAnsi="inherit"/>
        </w:rPr>
        <w:br/>
        <w:t>“I am where I need to be, doing what I was created to do.”</w:t>
      </w:r>
    </w:p>
    <w:p w14:paraId="1123B3C8" w14:textId="77777777" w:rsidR="00107A9F" w:rsidRDefault="00107A9F" w:rsidP="00107A9F">
      <w:pPr>
        <w:shd w:val="clear" w:color="auto" w:fill="FAF8FC"/>
        <w:textAlignment w:val="baseline"/>
        <w:rPr>
          <w:rFonts w:ascii="DM Serif Display" w:hAnsi="DM Serif Display"/>
          <w:i/>
          <w:iCs/>
          <w:color w:val="5A4A7D"/>
        </w:rPr>
      </w:pPr>
      <w:r>
        <w:rPr>
          <w:rFonts w:ascii="DM Serif Display" w:hAnsi="DM Serif Display"/>
          <w:i/>
          <w:iCs/>
          <w:color w:val="5A4A7D"/>
        </w:rPr>
        <w:t>"Peace comes when you accept your path and walk it with confidence."</w:t>
      </w:r>
    </w:p>
    <w:p w14:paraId="02B14476" w14:textId="77777777" w:rsidR="00107A9F" w:rsidRPr="00D42A85" w:rsidRDefault="00107A9F" w:rsidP="006E78D0">
      <w:pPr>
        <w:pStyle w:val="Heading2"/>
        <w:spacing w:before="0" w:after="225" w:line="960" w:lineRule="atLeast"/>
        <w:jc w:val="both"/>
        <w:textAlignment w:val="baseline"/>
        <w:rPr>
          <w:rFonts w:ascii="DM Serif Display" w:hAnsi="DM Serif Display"/>
          <w:b w:val="0"/>
          <w:bCs w:val="0"/>
          <w:color w:val="000000"/>
          <w:sz w:val="40"/>
          <w:szCs w:val="40"/>
        </w:rPr>
      </w:pPr>
      <w:r w:rsidRPr="00D42A85">
        <w:rPr>
          <w:rFonts w:ascii="DM Serif Display" w:hAnsi="DM Serif Display"/>
          <w:b w:val="0"/>
          <w:bCs w:val="0"/>
          <w:color w:val="000000"/>
          <w:sz w:val="40"/>
          <w:szCs w:val="40"/>
        </w:rPr>
        <w:t>Final Thoughts: You Matter. You Have Purpose.</w:t>
      </w:r>
    </w:p>
    <w:p w14:paraId="659C2255" w14:textId="77777777" w:rsidR="00107A9F" w:rsidRDefault="00107A9F" w:rsidP="006E78D0">
      <w:pPr>
        <w:pStyle w:val="NormalWeb"/>
        <w:spacing w:before="0" w:beforeAutospacing="0" w:after="225" w:afterAutospacing="0"/>
        <w:jc w:val="both"/>
        <w:textAlignment w:val="baseline"/>
        <w:rPr>
          <w:rFonts w:ascii="Arial" w:hAnsi="Arial" w:cs="Arial"/>
          <w:color w:val="333333"/>
        </w:rPr>
      </w:pPr>
      <w:r>
        <w:rPr>
          <w:rFonts w:ascii="Arial" w:hAnsi="Arial" w:cs="Arial"/>
          <w:color w:val="333333"/>
        </w:rPr>
        <w:t>Purpose is not a mere destination or a goal reached overnight. It is a continuous journey—unfolding step by step, moment by moment—through every experience, season, and decision. This journey demands faith, courage, and steadfast commitment.</w:t>
      </w:r>
    </w:p>
    <w:p w14:paraId="31DE01F3" w14:textId="77777777" w:rsidR="00107A9F" w:rsidRDefault="00107A9F" w:rsidP="006E78D0">
      <w:pPr>
        <w:pStyle w:val="NormalWeb"/>
        <w:spacing w:before="0" w:beforeAutospacing="0" w:after="225" w:afterAutospacing="0"/>
        <w:jc w:val="both"/>
        <w:textAlignment w:val="baseline"/>
        <w:rPr>
          <w:rFonts w:ascii="Arial" w:hAnsi="Arial" w:cs="Arial"/>
          <w:color w:val="333333"/>
        </w:rPr>
      </w:pPr>
      <w:r>
        <w:rPr>
          <w:rFonts w:ascii="Arial" w:hAnsi="Arial" w:cs="Arial"/>
          <w:color w:val="333333"/>
        </w:rPr>
        <w:lastRenderedPageBreak/>
        <w:t>The sooner you embrace your purpose, the richer and more impactful your life becomes. You move beyond mere survival to intentional living, leading with clarity, vision, and meaningful influence.</w:t>
      </w:r>
    </w:p>
    <w:p w14:paraId="44DC8568" w14:textId="77777777" w:rsidR="00107A9F" w:rsidRPr="00D42A85" w:rsidRDefault="00107A9F" w:rsidP="006E78D0">
      <w:pPr>
        <w:pStyle w:val="Heading2"/>
        <w:spacing w:before="0" w:after="225" w:line="960" w:lineRule="atLeast"/>
        <w:jc w:val="both"/>
        <w:textAlignment w:val="baseline"/>
        <w:rPr>
          <w:rFonts w:ascii="DM Serif Display" w:hAnsi="DM Serif Display"/>
          <w:b w:val="0"/>
          <w:bCs w:val="0"/>
          <w:color w:val="000000"/>
          <w:sz w:val="40"/>
          <w:szCs w:val="40"/>
        </w:rPr>
      </w:pPr>
      <w:r w:rsidRPr="00D42A85">
        <w:rPr>
          <w:rFonts w:ascii="DM Serif Display" w:hAnsi="DM Serif Display"/>
          <w:b w:val="0"/>
          <w:bCs w:val="0"/>
          <w:color w:val="000000"/>
          <w:sz w:val="40"/>
          <w:szCs w:val="40"/>
        </w:rPr>
        <w:t>Reflect and Engage</w:t>
      </w:r>
    </w:p>
    <w:p w14:paraId="5AF6CE68" w14:textId="77777777" w:rsidR="00107A9F" w:rsidRDefault="00107A9F" w:rsidP="006E78D0">
      <w:pPr>
        <w:pStyle w:val="NormalWeb"/>
        <w:spacing w:before="0" w:beforeAutospacing="0" w:after="225" w:afterAutospacing="0"/>
        <w:jc w:val="both"/>
        <w:textAlignment w:val="baseline"/>
        <w:rPr>
          <w:rFonts w:ascii="Arial" w:hAnsi="Arial" w:cs="Arial"/>
          <w:color w:val="333333"/>
        </w:rPr>
      </w:pPr>
      <w:r>
        <w:rPr>
          <w:rFonts w:ascii="Arial" w:hAnsi="Arial" w:cs="Arial"/>
          <w:color w:val="333333"/>
        </w:rPr>
        <w:t>Now it’s your turn to reflect:</w:t>
      </w:r>
    </w:p>
    <w:p w14:paraId="49594DA3" w14:textId="77777777" w:rsidR="00107A9F" w:rsidRDefault="00107A9F" w:rsidP="006E78D0">
      <w:pPr>
        <w:numPr>
          <w:ilvl w:val="0"/>
          <w:numId w:val="12"/>
        </w:numPr>
        <w:spacing w:after="150" w:line="240" w:lineRule="auto"/>
        <w:ind w:left="1170"/>
        <w:jc w:val="both"/>
        <w:textAlignment w:val="baseline"/>
        <w:rPr>
          <w:rFonts w:ascii="inherit" w:hAnsi="inherit" w:cs="Arial" w:hint="eastAsia"/>
          <w:color w:val="737E86"/>
        </w:rPr>
      </w:pPr>
      <w:r>
        <w:rPr>
          <w:rFonts w:ascii="inherit" w:hAnsi="inherit" w:cs="Arial"/>
          <w:color w:val="737E86"/>
        </w:rPr>
        <w:t>Have you discovered your purpose, or are you still seeking it?</w:t>
      </w:r>
    </w:p>
    <w:p w14:paraId="0204489A" w14:textId="77777777" w:rsidR="00107A9F" w:rsidRDefault="00107A9F" w:rsidP="006E78D0">
      <w:pPr>
        <w:numPr>
          <w:ilvl w:val="0"/>
          <w:numId w:val="12"/>
        </w:numPr>
        <w:spacing w:after="150" w:line="240" w:lineRule="auto"/>
        <w:ind w:left="1170"/>
        <w:jc w:val="both"/>
        <w:textAlignment w:val="baseline"/>
        <w:rPr>
          <w:rFonts w:ascii="inherit" w:hAnsi="inherit" w:cs="Arial" w:hint="eastAsia"/>
          <w:color w:val="737E86"/>
        </w:rPr>
      </w:pPr>
      <w:r>
        <w:rPr>
          <w:rFonts w:ascii="inherit" w:hAnsi="inherit" w:cs="Arial"/>
          <w:color w:val="737E86"/>
        </w:rPr>
        <w:t>What is one small step you can take this week toward living with greater intention and impact?</w:t>
      </w:r>
    </w:p>
    <w:p w14:paraId="7961DC03" w14:textId="77777777" w:rsidR="00107A9F" w:rsidRDefault="00107A9F" w:rsidP="006E78D0">
      <w:pPr>
        <w:pStyle w:val="NormalWeb"/>
        <w:spacing w:before="0" w:beforeAutospacing="0" w:after="225" w:afterAutospacing="0"/>
        <w:jc w:val="both"/>
        <w:textAlignment w:val="baseline"/>
        <w:rPr>
          <w:rFonts w:ascii="Arial" w:hAnsi="Arial" w:cs="Arial"/>
          <w:color w:val="333333"/>
        </w:rPr>
      </w:pPr>
      <w:r>
        <w:rPr>
          <w:rFonts w:ascii="Arial" w:hAnsi="Arial" w:cs="Arial"/>
          <w:color w:val="333333"/>
        </w:rPr>
        <w:t>Share your thoughts in the comments below. Your journey may inspire others to begin theirs.</w:t>
      </w:r>
    </w:p>
    <w:p w14:paraId="3A425568" w14:textId="77777777" w:rsidR="00107A9F" w:rsidRDefault="00107A9F" w:rsidP="006E78D0">
      <w:pPr>
        <w:pStyle w:val="NormalWeb"/>
        <w:spacing w:before="0" w:beforeAutospacing="0" w:after="225" w:afterAutospacing="0"/>
        <w:jc w:val="both"/>
        <w:textAlignment w:val="baseline"/>
        <w:rPr>
          <w:rFonts w:ascii="Arial" w:hAnsi="Arial" w:cs="Arial"/>
          <w:color w:val="333333"/>
        </w:rPr>
      </w:pPr>
      <w:r>
        <w:rPr>
          <w:rFonts w:ascii="Arial" w:hAnsi="Arial" w:cs="Arial"/>
          <w:color w:val="333333"/>
        </w:rPr>
        <w:t>If this message resonated with you, consider sharing it with someone who needs a reminder of their worth and calling today.</w:t>
      </w:r>
    </w:p>
    <w:p w14:paraId="1DD339FF" w14:textId="61E318C4" w:rsidR="00107A9F" w:rsidRDefault="00107A9F" w:rsidP="006E78D0">
      <w:pPr>
        <w:pStyle w:val="NormalWeb"/>
        <w:spacing w:before="0" w:beforeAutospacing="0" w:after="225" w:afterAutospacing="0"/>
        <w:jc w:val="both"/>
        <w:textAlignment w:val="baseline"/>
        <w:rPr>
          <w:rFonts w:ascii="Arial" w:hAnsi="Arial" w:cs="Arial"/>
          <w:color w:val="333333"/>
        </w:rPr>
      </w:pPr>
      <w:r>
        <w:rPr>
          <w:rFonts w:ascii="Arial" w:hAnsi="Arial" w:cs="Arial"/>
          <w:color w:val="333333"/>
        </w:rPr>
        <w:t>To receive more purpose-filled inspiration, real stories, and updates, subscribe to our mailing list below.</w:t>
      </w:r>
      <w:r w:rsidR="00785EB5">
        <w:rPr>
          <w:rFonts w:ascii="Arial" w:hAnsi="Arial" w:cs="Arial"/>
          <w:color w:val="333333"/>
        </w:rPr>
        <w:t xml:space="preserve"> </w:t>
      </w:r>
    </w:p>
    <w:p w14:paraId="3ED484DC" w14:textId="77777777" w:rsidR="00107A9F" w:rsidRPr="00D42A85" w:rsidRDefault="00107A9F" w:rsidP="00107A9F">
      <w:pPr>
        <w:pStyle w:val="Heading2"/>
        <w:spacing w:before="0" w:after="225" w:line="960" w:lineRule="atLeast"/>
        <w:textAlignment w:val="baseline"/>
        <w:rPr>
          <w:rFonts w:ascii="DM Serif Display" w:hAnsi="DM Serif Display"/>
          <w:b w:val="0"/>
          <w:bCs w:val="0"/>
          <w:color w:val="000000"/>
          <w:sz w:val="40"/>
          <w:szCs w:val="40"/>
        </w:rPr>
      </w:pPr>
      <w:r w:rsidRPr="00D42A85">
        <w:rPr>
          <w:rFonts w:ascii="DM Serif Display" w:hAnsi="DM Serif Display"/>
          <w:b w:val="0"/>
          <w:bCs w:val="0"/>
          <w:color w:val="000000"/>
          <w:sz w:val="40"/>
          <w:szCs w:val="40"/>
        </w:rPr>
        <w:t>Join the Movement / Support Our Mission</w:t>
      </w:r>
    </w:p>
    <w:p w14:paraId="79F9B918" w14:textId="77777777" w:rsidR="00107A9F" w:rsidRDefault="00107A9F" w:rsidP="00107A9F">
      <w:pPr>
        <w:pStyle w:val="NormalWeb"/>
        <w:spacing w:before="0" w:beforeAutospacing="0" w:after="225" w:afterAutospacing="0"/>
        <w:textAlignment w:val="baseline"/>
        <w:rPr>
          <w:rFonts w:ascii="Arial" w:hAnsi="Arial" w:cs="Arial"/>
          <w:color w:val="333333"/>
        </w:rPr>
      </w:pPr>
      <w:r>
        <w:rPr>
          <w:rFonts w:ascii="Arial" w:hAnsi="Arial" w:cs="Arial"/>
          <w:color w:val="333333"/>
        </w:rPr>
        <w:t>Become part of a purposeful movement dedicated to empowering individuals to live with intention, clarity, and meaningful impact.</w:t>
      </w:r>
    </w:p>
    <w:p w14:paraId="7C3ED15D" w14:textId="77777777" w:rsidR="00107A9F" w:rsidRDefault="00107A9F" w:rsidP="00107A9F">
      <w:pPr>
        <w:rPr>
          <w:rFonts w:ascii="Times New Roman" w:hAnsi="Times New Roman" w:cs="Times New Roman"/>
        </w:rPr>
      </w:pPr>
    </w:p>
    <w:p w14:paraId="011B109B" w14:textId="11681B11" w:rsidR="004163FB" w:rsidRDefault="004163FB" w:rsidP="0013174E"/>
    <w:p w14:paraId="66D6D162" w14:textId="77777777" w:rsidR="004163FB" w:rsidRDefault="00000000">
      <w:r>
        <w:br/>
      </w:r>
      <w:r>
        <w:rPr>
          <w:rFonts w:ascii="Apple Color Emoji" w:hAnsi="Apple Color Emoji" w:cs="Apple Color Emoji"/>
        </w:rPr>
        <w:t>📌</w:t>
      </w:r>
      <w:r>
        <w:t xml:space="preserve"> Tags: #PurposeDrivenLife #FaithInAction #WomenInLeadership #MusicMinistry #CaregiverJourney #ServiceAboveSelf #UgandaToUSA</w:t>
      </w:r>
    </w:p>
    <w:sectPr w:rsidR="004163FB" w:rsidSect="00034616">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9624F6" w14:textId="77777777" w:rsidR="00DB3E80" w:rsidRDefault="00DB3E80" w:rsidP="00353EEE">
      <w:pPr>
        <w:spacing w:after="0" w:line="240" w:lineRule="auto"/>
      </w:pPr>
      <w:r>
        <w:separator/>
      </w:r>
    </w:p>
  </w:endnote>
  <w:endnote w:type="continuationSeparator" w:id="0">
    <w:p w14:paraId="42D00169" w14:textId="77777777" w:rsidR="00DB3E80" w:rsidRDefault="00DB3E80" w:rsidP="00353E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 w:name="-webkit-standard">
    <w:altName w:val="Cambria"/>
    <w:panose1 w:val="020B0604020202020204"/>
    <w:charset w:val="00"/>
    <w:family w:val="roman"/>
    <w:notTrueType/>
    <w:pitch w:val="default"/>
  </w:font>
  <w:font w:name="DM Serif Display">
    <w:panose1 w:val="00000000000000000000"/>
    <w:charset w:val="00"/>
    <w:family w:val="auto"/>
    <w:pitch w:val="variable"/>
    <w:sig w:usb0="8000006F" w:usb1="0000004B" w:usb2="00000000" w:usb3="00000000" w:csb0="0000019F" w:csb1="00000000"/>
  </w:font>
  <w:font w:name="inherit">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Questrial">
    <w:panose1 w:val="00000000000000000000"/>
    <w:charset w:val="4D"/>
    <w:family w:val="auto"/>
    <w:pitch w:val="variable"/>
    <w:sig w:usb0="E00002FF" w:usb1="4000201F" w:usb2="08000029" w:usb3="00000000" w:csb0="00000193"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0C6E06" w14:textId="77777777" w:rsidR="00353EEE" w:rsidRDefault="00353E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38525" w14:textId="4F4FEEB8" w:rsidR="00353EEE" w:rsidRDefault="00353EEE">
    <w:pPr>
      <w:pStyle w:val="Footer"/>
    </w:pPr>
    <w:r>
      <w:rPr>
        <w:noProof/>
        <w:lang w:eastAsia="zh-CN"/>
      </w:rPr>
      <mc:AlternateContent>
        <mc:Choice Requires="wpg">
          <w:drawing>
            <wp:anchor distT="0" distB="0" distL="114300" distR="114300" simplePos="0" relativeHeight="251659264" behindDoc="0" locked="0" layoutInCell="1" allowOverlap="1" wp14:anchorId="4885F245" wp14:editId="419DB7F2">
              <wp:simplePos x="0" y="0"/>
              <wp:positionH relativeFrom="page">
                <wp:posOffset>0</wp:posOffset>
              </wp:positionH>
              <wp:positionV relativeFrom="bottomMargin">
                <wp:posOffset>139700</wp:posOffset>
              </wp:positionV>
              <wp:extent cx="6946900" cy="450850"/>
              <wp:effectExtent l="0" t="0" r="0" b="0"/>
              <wp:wrapNone/>
              <wp:docPr id="155" name="Group 9"/>
              <wp:cNvGraphicFramePr/>
              <a:graphic xmlns:a="http://schemas.openxmlformats.org/drawingml/2006/main">
                <a:graphicData uri="http://schemas.microsoft.com/office/word/2010/wordprocessingGroup">
                  <wpg:wgp>
                    <wpg:cNvGrpSpPr/>
                    <wpg:grpSpPr>
                      <a:xfrm>
                        <a:off x="0" y="0"/>
                        <a:ext cx="6946900" cy="450850"/>
                        <a:chOff x="0" y="-114300"/>
                        <a:chExt cx="5943600" cy="450850"/>
                      </a:xfrm>
                    </wpg:grpSpPr>
                    <wps:wsp>
                      <wps:cNvPr id="156" name="Rectangle 156"/>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600" y="-114300"/>
                          <a:ext cx="5422900" cy="450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69DF5C0" w14:textId="1B6F7D21" w:rsidR="00353EEE" w:rsidRDefault="00000000" w:rsidP="00353EEE">
                            <w:pPr>
                              <w:pStyle w:val="Footer"/>
                              <w:tabs>
                                <w:tab w:val="clear" w:pos="4680"/>
                                <w:tab w:val="clear" w:pos="9360"/>
                              </w:tabs>
                              <w:rPr>
                                <w:caps/>
                                <w:color w:val="808080" w:themeColor="background1" w:themeShade="80"/>
                                <w:sz w:val="20"/>
                                <w:szCs w:val="20"/>
                              </w:rPr>
                            </w:pPr>
                            <w:sdt>
                              <w:sdtPr>
                                <w:rPr>
                                  <w:rFonts w:ascii="Questrial" w:hAnsi="Questrial" w:cs="Questrial"/>
                                  <w:color w:val="666666"/>
                                  <w:shd w:val="clear" w:color="auto" w:fill="FFFFFF"/>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Content>
                                <w:r w:rsidR="007D336E">
                                  <w:rPr>
                                    <w:rFonts w:ascii="Questrial" w:hAnsi="Questrial" w:cs="Questrial"/>
                                    <w:color w:val="666666"/>
                                    <w:shd w:val="clear" w:color="auto" w:fill="FFFFFF"/>
                                  </w:rPr>
                                  <w:t xml:space="preserve">www.hinduashafoundations.orgHindu Asha Foundation, </w:t>
                                </w:r>
                                <w:proofErr w:type="spellStart"/>
                                <w:r w:rsidR="007D336E">
                                  <w:rPr>
                                    <w:rFonts w:ascii="Questrial" w:hAnsi="Questrial" w:cs="Questrial"/>
                                    <w:color w:val="666666"/>
                                    <w:shd w:val="clear" w:color="auto" w:fill="FFFFFF"/>
                                  </w:rPr>
                                  <w:t>Igombe</w:t>
                                </w:r>
                                <w:proofErr w:type="spellEnd"/>
                                <w:r w:rsidR="007D336E">
                                  <w:rPr>
                                    <w:rFonts w:ascii="Questrial" w:hAnsi="Questrial" w:cs="Questrial"/>
                                    <w:color w:val="666666"/>
                                    <w:shd w:val="clear" w:color="auto" w:fill="FFFFFF"/>
                                  </w:rPr>
                                  <w:t xml:space="preserve"> village, </w:t>
                                </w:r>
                                <w:proofErr w:type="spellStart"/>
                                <w:r w:rsidR="007D336E">
                                  <w:rPr>
                                    <w:rFonts w:ascii="Questrial" w:hAnsi="Questrial" w:cs="Questrial"/>
                                    <w:color w:val="666666"/>
                                    <w:shd w:val="clear" w:color="auto" w:fill="FFFFFF"/>
                                  </w:rPr>
                                  <w:t>Buwenge</w:t>
                                </w:r>
                                <w:proofErr w:type="spellEnd"/>
                                <w:r w:rsidR="007D336E">
                                  <w:rPr>
                                    <w:rFonts w:ascii="Questrial" w:hAnsi="Questrial" w:cs="Questrial"/>
                                    <w:color w:val="666666"/>
                                    <w:shd w:val="clear" w:color="auto" w:fill="FFFFFF"/>
                                  </w:rPr>
                                  <w:t xml:space="preserve"> S/</w:t>
                                </w:r>
                                <w:proofErr w:type="spellStart"/>
                                <w:proofErr w:type="gramStart"/>
                                <w:r w:rsidR="007D336E">
                                  <w:rPr>
                                    <w:rFonts w:ascii="Questrial" w:hAnsi="Questrial" w:cs="Questrial"/>
                                    <w:color w:val="666666"/>
                                    <w:shd w:val="clear" w:color="auto" w:fill="FFFFFF"/>
                                  </w:rPr>
                                  <w:t>County,Kagoma</w:t>
                                </w:r>
                                <w:proofErr w:type="spellEnd"/>
                                <w:proofErr w:type="gramEnd"/>
                                <w:r w:rsidR="007D336E">
                                  <w:rPr>
                                    <w:rFonts w:ascii="Questrial" w:hAnsi="Questrial" w:cs="Questrial"/>
                                    <w:color w:val="666666"/>
                                    <w:shd w:val="clear" w:color="auto" w:fill="FFFFFF"/>
                                  </w:rPr>
                                  <w:t>, Jinja, P.O. BOX 900805, Jinja</w:t>
                                </w:r>
                              </w:sdtContent>
                            </w:sdt>
                            <w:r w:rsidR="00353EEE">
                              <w:rPr>
                                <w:caps/>
                                <w:color w:val="808080" w:themeColor="background1" w:themeShade="80"/>
                                <w:sz w:val="20"/>
                                <w:szCs w:val="20"/>
                              </w:rPr>
                              <w:t> | </w:t>
                            </w:r>
                            <w:sdt>
                              <w:sdtPr>
                                <w:rPr>
                                  <w:rFonts w:ascii="Questrial" w:eastAsia="Times New Roman" w:hAnsi="Questrial" w:cs="Questrial"/>
                                  <w:color w:val="000000"/>
                                  <w:sz w:val="27"/>
                                  <w:szCs w:val="27"/>
                                </w:rPr>
                                <w:alias w:val="School"/>
                                <w:tag w:val="School"/>
                                <w:id w:val="1660265181"/>
                                <w:dataBinding w:prefixMappings="xmlns:ns0='http://schemas.openxmlformats.org/officeDocument/2006/extended-properties' " w:xpath="/ns0:Properties[1]/ns0:Company[1]" w:storeItemID="{6668398D-A668-4E3E-A5EB-62B293D839F1}"/>
                                <w:text/>
                              </w:sdtPr>
                              <w:sdtContent>
                                <w:proofErr w:type="gramStart"/>
                                <w:r w:rsidR="00353EEE">
                                  <w:rPr>
                                    <w:rFonts w:ascii="Questrial" w:eastAsia="Times New Roman" w:hAnsi="Questrial" w:cs="Questrial"/>
                                    <w:color w:val="000000"/>
                                    <w:sz w:val="27"/>
                                    <w:szCs w:val="27"/>
                                  </w:rPr>
                                  <w:t>E</w:t>
                                </w:r>
                                <w:r w:rsidR="004206A3">
                                  <w:rPr>
                                    <w:rFonts w:ascii="Questrial" w:eastAsia="Times New Roman" w:hAnsi="Questrial" w:cs="Questrial"/>
                                    <w:color w:val="000000"/>
                                    <w:sz w:val="27"/>
                                    <w:szCs w:val="27"/>
                                  </w:rPr>
                                  <w:t>mail:</w:t>
                                </w:r>
                                <w:r w:rsidR="00353EEE" w:rsidRPr="00353EEE">
                                  <w:rPr>
                                    <w:rFonts w:ascii="Questrial" w:eastAsia="Times New Roman" w:hAnsi="Questrial" w:cs="Questrial"/>
                                    <w:color w:val="000000"/>
                                    <w:sz w:val="27"/>
                                    <w:szCs w:val="27"/>
                                  </w:rPr>
                                  <w:t>info@hinduashafoundations.org</w:t>
                                </w:r>
                                <w:proofErr w:type="gramEnd"/>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885F245" id="Group 9" o:spid="_x0000_s1026" style="position:absolute;margin-left:0;margin-top:11pt;width:547pt;height:35.5pt;z-index:251659264;mso-position-horizontal-relative:page;mso-position-vertical-relative:bottom-margin-area;mso-width-relative:margin;mso-height-relative:margin" coordorigin=",-1143" coordsize="59436,450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">
              <v:rect id="Rectangle 156" o:spid="_x0000_s1027" style="position:absolute;width:59436;height:274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" fillcolor="white [3212]" stroked="f" strokeweight="2pt">
                <v:fill opacity="0"/>
              </v:rect>
              <v:shapetype id="_x0000_t202" coordsize="21600,21600" o:spt="202" path="m,l,21600r21600,l21600,xe">
                <v:stroke joinstyle="miter"/>
                <v:path gradientshapeok="t" o:connecttype="rect"/>
              </v:shapetype>
              <v:shape id="Text Box 157" o:spid="_x0000_s1028" type="#_x0000_t202" style="position:absolute;left:2286;top:-1143;width:54229;height:450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" filled="f" stroked="f" strokeweight=".5pt">
                <v:textbox inset="0,,0">
                  <w:txbxContent>
                    <w:p w14:paraId="169DF5C0" w14:textId="1B6F7D21" w:rsidR="00353EEE" w:rsidRDefault="00000000" w:rsidP="00353EEE">
                      <w:pPr>
                        <w:pStyle w:val="Footer"/>
                        <w:tabs>
                          <w:tab w:val="clear" w:pos="4680"/>
                          <w:tab w:val="clear" w:pos="9360"/>
                        </w:tabs>
                        <w:rPr>
                          <w:caps/>
                          <w:color w:val="808080" w:themeColor="background1" w:themeShade="80"/>
                          <w:sz w:val="20"/>
                          <w:szCs w:val="20"/>
                        </w:rPr>
                      </w:pPr>
                      <w:sdt>
                        <w:sdtPr>
                          <w:rPr>
                            <w:rFonts w:ascii="Questrial" w:hAnsi="Questrial" w:cs="Questrial"/>
                            <w:color w:val="666666"/>
                            <w:shd w:val="clear" w:color="auto" w:fill="FFFFFF"/>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Content>
                          <w:r w:rsidR="007D336E">
                            <w:rPr>
                              <w:rFonts w:ascii="Questrial" w:hAnsi="Questrial" w:cs="Questrial"/>
                              <w:color w:val="666666"/>
                              <w:shd w:val="clear" w:color="auto" w:fill="FFFFFF"/>
                            </w:rPr>
                            <w:t xml:space="preserve">www.hinduashafoundations.orgHindu Asha Foundation, </w:t>
                          </w:r>
                          <w:proofErr w:type="spellStart"/>
                          <w:r w:rsidR="007D336E">
                            <w:rPr>
                              <w:rFonts w:ascii="Questrial" w:hAnsi="Questrial" w:cs="Questrial"/>
                              <w:color w:val="666666"/>
                              <w:shd w:val="clear" w:color="auto" w:fill="FFFFFF"/>
                            </w:rPr>
                            <w:t>Igombe</w:t>
                          </w:r>
                          <w:proofErr w:type="spellEnd"/>
                          <w:r w:rsidR="007D336E">
                            <w:rPr>
                              <w:rFonts w:ascii="Questrial" w:hAnsi="Questrial" w:cs="Questrial"/>
                              <w:color w:val="666666"/>
                              <w:shd w:val="clear" w:color="auto" w:fill="FFFFFF"/>
                            </w:rPr>
                            <w:t xml:space="preserve"> village, </w:t>
                          </w:r>
                          <w:proofErr w:type="spellStart"/>
                          <w:r w:rsidR="007D336E">
                            <w:rPr>
                              <w:rFonts w:ascii="Questrial" w:hAnsi="Questrial" w:cs="Questrial"/>
                              <w:color w:val="666666"/>
                              <w:shd w:val="clear" w:color="auto" w:fill="FFFFFF"/>
                            </w:rPr>
                            <w:t>Buwenge</w:t>
                          </w:r>
                          <w:proofErr w:type="spellEnd"/>
                          <w:r w:rsidR="007D336E">
                            <w:rPr>
                              <w:rFonts w:ascii="Questrial" w:hAnsi="Questrial" w:cs="Questrial"/>
                              <w:color w:val="666666"/>
                              <w:shd w:val="clear" w:color="auto" w:fill="FFFFFF"/>
                            </w:rPr>
                            <w:t xml:space="preserve"> S/</w:t>
                          </w:r>
                          <w:proofErr w:type="spellStart"/>
                          <w:proofErr w:type="gramStart"/>
                          <w:r w:rsidR="007D336E">
                            <w:rPr>
                              <w:rFonts w:ascii="Questrial" w:hAnsi="Questrial" w:cs="Questrial"/>
                              <w:color w:val="666666"/>
                              <w:shd w:val="clear" w:color="auto" w:fill="FFFFFF"/>
                            </w:rPr>
                            <w:t>County,Kagoma</w:t>
                          </w:r>
                          <w:proofErr w:type="spellEnd"/>
                          <w:proofErr w:type="gramEnd"/>
                          <w:r w:rsidR="007D336E">
                            <w:rPr>
                              <w:rFonts w:ascii="Questrial" w:hAnsi="Questrial" w:cs="Questrial"/>
                              <w:color w:val="666666"/>
                              <w:shd w:val="clear" w:color="auto" w:fill="FFFFFF"/>
                            </w:rPr>
                            <w:t>, Jinja, P.O. BOX 900805, Jinja</w:t>
                          </w:r>
                        </w:sdtContent>
                      </w:sdt>
                      <w:r w:rsidR="00353EEE">
                        <w:rPr>
                          <w:caps/>
                          <w:color w:val="808080" w:themeColor="background1" w:themeShade="80"/>
                          <w:sz w:val="20"/>
                          <w:szCs w:val="20"/>
                        </w:rPr>
                        <w:t> | </w:t>
                      </w:r>
                      <w:sdt>
                        <w:sdtPr>
                          <w:rPr>
                            <w:rFonts w:ascii="Questrial" w:eastAsia="Times New Roman" w:hAnsi="Questrial" w:cs="Questrial"/>
                            <w:color w:val="000000"/>
                            <w:sz w:val="27"/>
                            <w:szCs w:val="27"/>
                          </w:rPr>
                          <w:alias w:val="School"/>
                          <w:tag w:val="School"/>
                          <w:id w:val="1660265181"/>
                          <w:dataBinding w:prefixMappings="xmlns:ns0='http://schemas.openxmlformats.org/officeDocument/2006/extended-properties' " w:xpath="/ns0:Properties[1]/ns0:Company[1]" w:storeItemID="{6668398D-A668-4E3E-A5EB-62B293D839F1}"/>
                          <w:text/>
                        </w:sdtPr>
                        <w:sdtContent>
                          <w:proofErr w:type="gramStart"/>
                          <w:r w:rsidR="00353EEE">
                            <w:rPr>
                              <w:rFonts w:ascii="Questrial" w:eastAsia="Times New Roman" w:hAnsi="Questrial" w:cs="Questrial"/>
                              <w:color w:val="000000"/>
                              <w:sz w:val="27"/>
                              <w:szCs w:val="27"/>
                            </w:rPr>
                            <w:t>E</w:t>
                          </w:r>
                          <w:r w:rsidR="004206A3">
                            <w:rPr>
                              <w:rFonts w:ascii="Questrial" w:eastAsia="Times New Roman" w:hAnsi="Questrial" w:cs="Questrial"/>
                              <w:color w:val="000000"/>
                              <w:sz w:val="27"/>
                              <w:szCs w:val="27"/>
                            </w:rPr>
                            <w:t>mail:</w:t>
                          </w:r>
                          <w:r w:rsidR="00353EEE" w:rsidRPr="00353EEE">
                            <w:rPr>
                              <w:rFonts w:ascii="Questrial" w:eastAsia="Times New Roman" w:hAnsi="Questrial" w:cs="Questrial"/>
                              <w:color w:val="000000"/>
                              <w:sz w:val="27"/>
                              <w:szCs w:val="27"/>
                            </w:rPr>
                            <w:t>info@hinduashafoundations.org</w:t>
                          </w:r>
                          <w:proofErr w:type="gramEnd"/>
                        </w:sdtContent>
                      </w:sdt>
                    </w:p>
                  </w:txbxContent>
                </v:textbox>
              </v:shape>
              <w10:wrap anchorx="page" anchory="margin"/>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DB450" w14:textId="77777777" w:rsidR="00353EEE" w:rsidRDefault="00353E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E63A2" w14:textId="77777777" w:rsidR="00DB3E80" w:rsidRDefault="00DB3E80" w:rsidP="00353EEE">
      <w:pPr>
        <w:spacing w:after="0" w:line="240" w:lineRule="auto"/>
      </w:pPr>
      <w:r>
        <w:separator/>
      </w:r>
    </w:p>
  </w:footnote>
  <w:footnote w:type="continuationSeparator" w:id="0">
    <w:p w14:paraId="2AC606D6" w14:textId="77777777" w:rsidR="00DB3E80" w:rsidRDefault="00DB3E80" w:rsidP="00353E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414BD" w14:textId="77777777" w:rsidR="00353EEE" w:rsidRDefault="00353E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85909" w14:textId="77777777" w:rsidR="00353EEE" w:rsidRDefault="00353E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9DE19" w14:textId="77777777" w:rsidR="00353EEE" w:rsidRDefault="00353E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7916D36"/>
    <w:multiLevelType w:val="multilevel"/>
    <w:tmpl w:val="04F8D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0C509F"/>
    <w:multiLevelType w:val="multilevel"/>
    <w:tmpl w:val="3CAE5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6A71B6"/>
    <w:multiLevelType w:val="multilevel"/>
    <w:tmpl w:val="616C0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6747282">
    <w:abstractNumId w:val="8"/>
  </w:num>
  <w:num w:numId="2" w16cid:durableId="1307053309">
    <w:abstractNumId w:val="6"/>
  </w:num>
  <w:num w:numId="3" w16cid:durableId="2047365737">
    <w:abstractNumId w:val="5"/>
  </w:num>
  <w:num w:numId="4" w16cid:durableId="1813936256">
    <w:abstractNumId w:val="4"/>
  </w:num>
  <w:num w:numId="5" w16cid:durableId="277221586">
    <w:abstractNumId w:val="7"/>
  </w:num>
  <w:num w:numId="6" w16cid:durableId="1920947118">
    <w:abstractNumId w:val="3"/>
  </w:num>
  <w:num w:numId="7" w16cid:durableId="27417132">
    <w:abstractNumId w:val="2"/>
  </w:num>
  <w:num w:numId="8" w16cid:durableId="482234900">
    <w:abstractNumId w:val="1"/>
  </w:num>
  <w:num w:numId="9" w16cid:durableId="76831681">
    <w:abstractNumId w:val="0"/>
  </w:num>
  <w:num w:numId="10" w16cid:durableId="2107916048">
    <w:abstractNumId w:val="11"/>
  </w:num>
  <w:num w:numId="11" w16cid:durableId="666594238">
    <w:abstractNumId w:val="10"/>
  </w:num>
  <w:num w:numId="12" w16cid:durableId="276878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07A9F"/>
    <w:rsid w:val="0013174E"/>
    <w:rsid w:val="0015074B"/>
    <w:rsid w:val="0029639D"/>
    <w:rsid w:val="00326F90"/>
    <w:rsid w:val="00353EEE"/>
    <w:rsid w:val="003E23E5"/>
    <w:rsid w:val="004163FB"/>
    <w:rsid w:val="004206A3"/>
    <w:rsid w:val="006D63B4"/>
    <w:rsid w:val="006E78D0"/>
    <w:rsid w:val="00773FD8"/>
    <w:rsid w:val="00785EB5"/>
    <w:rsid w:val="007D336E"/>
    <w:rsid w:val="00AA1D8D"/>
    <w:rsid w:val="00AB28A4"/>
    <w:rsid w:val="00B47730"/>
    <w:rsid w:val="00CB0664"/>
    <w:rsid w:val="00D42A85"/>
    <w:rsid w:val="00DB3E80"/>
    <w:rsid w:val="00ED2F9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EA1AA88"/>
  <w14:defaultImageDpi w14:val="300"/>
  <w15:docId w15:val="{CF984B7E-0AFD-EF48-94F1-559A96042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ED2F9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317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3E8183-DE9C-3A4E-AB91-5FF68CCCA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6</Pages>
  <Words>1241</Words>
  <Characters>7077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Manager/>
  <Company>Email:info@hinduashafoundations.org</Company>
  <LinksUpToDate>false</LinksUpToDate>
  <CharactersWithSpaces>8302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www.hinduashafoundations.orgHindu Asha Foundation, Igombe village, Buwenge S/County,Kagoma, Jinja, P.O. BOX 900805, Jinja</dc:creator>
  <cp:keywords/>
  <dc:description>generated by python-docx</dc:description>
  <cp:lastModifiedBy>Hindu Asha Foundation</cp:lastModifiedBy>
  <cp:revision>5</cp:revision>
  <dcterms:created xsi:type="dcterms:W3CDTF">2025-08-11T22:41:00Z</dcterms:created>
  <dcterms:modified xsi:type="dcterms:W3CDTF">2025-08-11T23:12:00Z</dcterms:modified>
  <cp:category/>
</cp:coreProperties>
</file>